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58C5" w14:textId="6770074D" w:rsidR="00F012A4" w:rsidRDefault="001E1DAC" w:rsidP="001E1DAC">
      <w:r>
        <w:rPr>
          <w:b/>
          <w:noProof/>
          <w:sz w:val="36"/>
        </w:rPr>
        <w:drawing>
          <wp:anchor distT="0" distB="0" distL="114300" distR="114300" simplePos="0" relativeHeight="251657216" behindDoc="0" locked="0" layoutInCell="1" allowOverlap="1" wp14:anchorId="4C420861" wp14:editId="26A800E4">
            <wp:simplePos x="0" y="0"/>
            <wp:positionH relativeFrom="column">
              <wp:posOffset>5259705</wp:posOffset>
            </wp:positionH>
            <wp:positionV relativeFrom="paragraph">
              <wp:posOffset>83185</wp:posOffset>
            </wp:positionV>
            <wp:extent cx="755015" cy="1228090"/>
            <wp:effectExtent l="0" t="0" r="6985" b="0"/>
            <wp:wrapSquare wrapText="bothSides"/>
            <wp:docPr id="2444395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501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0"/>
        </w:rPr>
        <w:t>AWDURDOD PARC CENEDLAETHOL ARFORDIR PENFRO</w:t>
      </w:r>
    </w:p>
    <w:p w14:paraId="375129ED" w14:textId="37810DD8" w:rsidR="00F012A4" w:rsidRPr="001E1DAC" w:rsidRDefault="006703D8" w:rsidP="001E1DAC">
      <w:pPr>
        <w:rPr>
          <w:sz w:val="32"/>
          <w:szCs w:val="32"/>
        </w:rPr>
      </w:pPr>
      <w:r>
        <w:rPr>
          <w:b/>
          <w:sz w:val="32"/>
        </w:rPr>
        <w:t>Ffurflen Adborth Hyfforddeion  </w:t>
      </w:r>
    </w:p>
    <w:p w14:paraId="0FD3058E" w14:textId="77777777" w:rsidR="00F012A4" w:rsidRDefault="006703D8">
      <w:pPr>
        <w:pStyle w:val="Heading1"/>
        <w:spacing w:before="140" w:after="60"/>
      </w:pPr>
      <w:r>
        <w:t xml:space="preserve">1. Gwybodaeth am eich </w:t>
      </w:r>
      <w:proofErr w:type="spellStart"/>
      <w:r>
        <w:t>Hyfforddeiaeth</w:t>
      </w:r>
      <w:proofErr w:type="spellEnd"/>
    </w:p>
    <w:p w14:paraId="2D88D9A0" w14:textId="77777777" w:rsidR="00F012A4" w:rsidRDefault="006703D8">
      <w:pPr>
        <w:spacing w:after="40"/>
      </w:pPr>
      <w:r>
        <w:rPr>
          <w:b/>
        </w:rPr>
        <w:t xml:space="preserve">Gyda pha faes/tîm wnaethoch chi gwblhau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?</w:t>
      </w:r>
    </w:p>
    <w:p w14:paraId="76119C13" w14:textId="39549D56" w:rsidR="00F012A4" w:rsidRDefault="006703D8">
      <w:pPr>
        <w:spacing w:after="20"/>
      </w:pPr>
      <w:r>
        <w:t>______________________________________________________</w:t>
      </w:r>
    </w:p>
    <w:p w14:paraId="1C9D73A6" w14:textId="77777777" w:rsidR="00F012A4" w:rsidRDefault="006703D8">
      <w:pPr>
        <w:spacing w:after="40"/>
      </w:pPr>
      <w:r>
        <w:rPr>
          <w:b/>
        </w:rPr>
        <w:t xml:space="preserve">Pa mor hir oedd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?</w:t>
      </w:r>
    </w:p>
    <w:p w14:paraId="5F6A6CC3" w14:textId="7E24AFE6" w:rsidR="00F012A4" w:rsidRDefault="006703D8">
      <w:pPr>
        <w:spacing w:after="20"/>
      </w:pPr>
      <w:r>
        <w:t>______________________________________________________</w:t>
      </w:r>
    </w:p>
    <w:p w14:paraId="10DB5D4B" w14:textId="77777777" w:rsidR="00F012A4" w:rsidRDefault="006703D8">
      <w:pPr>
        <w:spacing w:after="40"/>
      </w:pPr>
      <w:r>
        <w:rPr>
          <w:b/>
        </w:rPr>
        <w:t>Beth oedd eich prif weithgareddau neu gyfrifoldebau?</w:t>
      </w:r>
    </w:p>
    <w:p w14:paraId="4A96C1AA" w14:textId="7304B0EA" w:rsidR="00F012A4" w:rsidRDefault="006703D8">
      <w:pPr>
        <w:spacing w:after="20"/>
      </w:pPr>
      <w:r>
        <w:t>__________________________________________________________________________________________________________________</w:t>
      </w:r>
    </w:p>
    <w:p w14:paraId="1490722C" w14:textId="4E36407D" w:rsidR="00F012A4" w:rsidRDefault="006703D8">
      <w:pPr>
        <w:spacing w:after="20"/>
      </w:pPr>
      <w:r>
        <w:t>__________________________________________________________________________________________________________________</w:t>
      </w:r>
    </w:p>
    <w:p w14:paraId="0478CC8B" w14:textId="77777777" w:rsidR="00F012A4" w:rsidRDefault="006703D8">
      <w:pPr>
        <w:pStyle w:val="Heading1"/>
        <w:spacing w:before="140" w:after="60"/>
      </w:pPr>
      <w:r>
        <w:t xml:space="preserve">2. Ansawdd eich </w:t>
      </w:r>
      <w:proofErr w:type="spellStart"/>
      <w:r>
        <w:t>Hyfforddeiaeth</w:t>
      </w:r>
      <w:proofErr w:type="spellEnd"/>
    </w:p>
    <w:p w14:paraId="294B99B5" w14:textId="1DA9A0C9" w:rsidR="00F012A4" w:rsidRDefault="006703D8">
      <w:r>
        <w:t>Ticiwch yr ateb sy’n disgrifio eich profiad gydag APCAP orau yn eich barn chi.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67B28666" w14:textId="77777777">
        <w:trPr>
          <w:jc w:val="center"/>
        </w:trPr>
        <w:tc>
          <w:tcPr>
            <w:tcW w:w="2074" w:type="dxa"/>
            <w:vAlign w:val="center"/>
          </w:tcPr>
          <w:p w14:paraId="54548AD8" w14:textId="77777777" w:rsidR="00F012A4" w:rsidRDefault="00F012A4"/>
        </w:tc>
        <w:tc>
          <w:tcPr>
            <w:tcW w:w="2074" w:type="dxa"/>
            <w:shd w:val="clear" w:color="auto" w:fill="D9EAD3"/>
            <w:vAlign w:val="center"/>
          </w:tcPr>
          <w:p w14:paraId="4A5F755B" w14:textId="77777777" w:rsidR="00F012A4" w:rsidRDefault="006703D8">
            <w:r>
              <w:rPr>
                <w:b/>
                <w:sz w:val="15"/>
              </w:rPr>
              <w:t>Rhagorol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B260BAF" w14:textId="77777777" w:rsidR="00F012A4" w:rsidRDefault="006703D8">
            <w:r>
              <w:rPr>
                <w:b/>
                <w:sz w:val="15"/>
              </w:rPr>
              <w:t>Da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0D9B1A6F" w14:textId="77777777" w:rsidR="00F012A4" w:rsidRDefault="006703D8">
            <w:r>
              <w:rPr>
                <w:b/>
                <w:sz w:val="15"/>
              </w:rPr>
              <w:t>Iawn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1251D058" w14:textId="77777777" w:rsidR="00F012A4" w:rsidRDefault="006703D8">
            <w:r>
              <w:rPr>
                <w:b/>
                <w:sz w:val="15"/>
              </w:rPr>
              <w:t>Lle i wella</w:t>
            </w:r>
          </w:p>
        </w:tc>
      </w:tr>
      <w:tr w:rsidR="00F012A4" w14:paraId="3FC8D588" w14:textId="77777777">
        <w:trPr>
          <w:jc w:val="center"/>
        </w:trPr>
        <w:tc>
          <w:tcPr>
            <w:tcW w:w="2074" w:type="dxa"/>
            <w:vAlign w:val="center"/>
          </w:tcPr>
          <w:p w14:paraId="46DAED5E" w14:textId="77777777" w:rsidR="00F012A4" w:rsidRDefault="006703D8">
            <w:r>
              <w:rPr>
                <w:sz w:val="17"/>
              </w:rPr>
              <w:t>Ansawdd yr hyfforddiant a gefais</w:t>
            </w:r>
          </w:p>
        </w:tc>
        <w:tc>
          <w:tcPr>
            <w:tcW w:w="2074" w:type="dxa"/>
            <w:vAlign w:val="center"/>
          </w:tcPr>
          <w:p w14:paraId="57D101B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83BD021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9AC45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0E4ACDF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1EC0282B" w14:textId="77777777">
        <w:trPr>
          <w:jc w:val="center"/>
        </w:trPr>
        <w:tc>
          <w:tcPr>
            <w:tcW w:w="2074" w:type="dxa"/>
            <w:vAlign w:val="center"/>
          </w:tcPr>
          <w:p w14:paraId="16B4992D" w14:textId="77777777" w:rsidR="00F012A4" w:rsidRDefault="006703D8">
            <w:r>
              <w:rPr>
                <w:sz w:val="17"/>
              </w:rPr>
              <w:t>Yr amrywiaeth o weithgareddau a brofais</w:t>
            </w:r>
          </w:p>
        </w:tc>
        <w:tc>
          <w:tcPr>
            <w:tcW w:w="2074" w:type="dxa"/>
            <w:vAlign w:val="center"/>
          </w:tcPr>
          <w:p w14:paraId="296513D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5B7C7D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679A885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442B900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3BBDF73" w14:textId="77777777">
        <w:trPr>
          <w:jc w:val="center"/>
        </w:trPr>
        <w:tc>
          <w:tcPr>
            <w:tcW w:w="2074" w:type="dxa"/>
            <w:vAlign w:val="center"/>
          </w:tcPr>
          <w:p w14:paraId="4CD1B411" w14:textId="77777777" w:rsidR="00F012A4" w:rsidRDefault="006703D8">
            <w:r>
              <w:rPr>
                <w:sz w:val="17"/>
              </w:rPr>
              <w:t>Y cyfleoedd i ddysgu pethau newydd</w:t>
            </w:r>
          </w:p>
        </w:tc>
        <w:tc>
          <w:tcPr>
            <w:tcW w:w="2074" w:type="dxa"/>
            <w:vAlign w:val="center"/>
          </w:tcPr>
          <w:p w14:paraId="23F5BDB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57C625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FD547F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435EC6D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1CAFED79" w14:textId="77777777">
        <w:trPr>
          <w:jc w:val="center"/>
        </w:trPr>
        <w:tc>
          <w:tcPr>
            <w:tcW w:w="2074" w:type="dxa"/>
            <w:vAlign w:val="center"/>
          </w:tcPr>
          <w:p w14:paraId="19780E0E" w14:textId="77777777" w:rsidR="00F012A4" w:rsidRDefault="006703D8">
            <w:r>
              <w:rPr>
                <w:sz w:val="17"/>
              </w:rPr>
              <w:t xml:space="preserve">Trefnu fy </w:t>
            </w:r>
            <w:proofErr w:type="spellStart"/>
            <w:r>
              <w:rPr>
                <w:sz w:val="17"/>
              </w:rPr>
              <w:t>hyfforddeiaeth</w:t>
            </w:r>
            <w:proofErr w:type="spellEnd"/>
          </w:p>
        </w:tc>
        <w:tc>
          <w:tcPr>
            <w:tcW w:w="2074" w:type="dxa"/>
            <w:vAlign w:val="center"/>
          </w:tcPr>
          <w:p w14:paraId="2DBFE94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666345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9F2FA1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9715AA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01F33275" w14:textId="77777777">
        <w:trPr>
          <w:jc w:val="center"/>
        </w:trPr>
        <w:tc>
          <w:tcPr>
            <w:tcW w:w="2074" w:type="dxa"/>
            <w:vAlign w:val="center"/>
          </w:tcPr>
          <w:p w14:paraId="2435F9E6" w14:textId="77777777" w:rsidR="00F012A4" w:rsidRDefault="006703D8">
            <w:r>
              <w:rPr>
                <w:sz w:val="17"/>
              </w:rPr>
              <w:t>Y cyfleusterau a’r offer a ddarparwyd</w:t>
            </w:r>
          </w:p>
        </w:tc>
        <w:tc>
          <w:tcPr>
            <w:tcW w:w="2074" w:type="dxa"/>
            <w:vAlign w:val="center"/>
          </w:tcPr>
          <w:p w14:paraId="45C0B63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D1AFE4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F9A8AC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6CB57C6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552F9E2F" w14:textId="77777777">
        <w:trPr>
          <w:jc w:val="center"/>
        </w:trPr>
        <w:tc>
          <w:tcPr>
            <w:tcW w:w="2074" w:type="dxa"/>
            <w:vAlign w:val="center"/>
          </w:tcPr>
          <w:p w14:paraId="69E358B7" w14:textId="77777777" w:rsidR="00F012A4" w:rsidRDefault="006703D8">
            <w:r>
              <w:rPr>
                <w:sz w:val="17"/>
              </w:rPr>
              <w:t>Y cyfle i weithio fel aelod o dîm</w:t>
            </w:r>
          </w:p>
        </w:tc>
        <w:tc>
          <w:tcPr>
            <w:tcW w:w="2074" w:type="dxa"/>
            <w:vAlign w:val="center"/>
          </w:tcPr>
          <w:p w14:paraId="51CF56B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A3FCE4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CDA55E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F1EA1BC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2D753E6D" w14:textId="77777777">
        <w:trPr>
          <w:jc w:val="center"/>
        </w:trPr>
        <w:tc>
          <w:tcPr>
            <w:tcW w:w="2074" w:type="dxa"/>
            <w:vAlign w:val="center"/>
          </w:tcPr>
          <w:p w14:paraId="1ED458B4" w14:textId="77777777" w:rsidR="00F012A4" w:rsidRDefault="006703D8">
            <w:r>
              <w:rPr>
                <w:sz w:val="17"/>
              </w:rPr>
              <w:t>Fy mhrofiad cyffredinol</w:t>
            </w:r>
          </w:p>
        </w:tc>
        <w:tc>
          <w:tcPr>
            <w:tcW w:w="2074" w:type="dxa"/>
            <w:vAlign w:val="center"/>
          </w:tcPr>
          <w:p w14:paraId="535BACE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F043C7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091277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BA469A2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3EAC4FD2" w14:textId="77777777" w:rsidR="006364C3" w:rsidRDefault="006364C3">
      <w:pPr>
        <w:spacing w:after="40"/>
        <w:rPr>
          <w:b/>
        </w:rPr>
      </w:pPr>
    </w:p>
    <w:p w14:paraId="05E89585" w14:textId="0F8A109F" w:rsidR="00F012A4" w:rsidRDefault="006703D8">
      <w:pPr>
        <w:spacing w:after="40"/>
      </w:pPr>
      <w:r>
        <w:rPr>
          <w:b/>
        </w:rPr>
        <w:t xml:space="preserve">Beth wnaethoch chi ei fwynhau fwyaf am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?</w:t>
      </w:r>
    </w:p>
    <w:p w14:paraId="18707886" w14:textId="07A76F2D" w:rsidR="006364C3" w:rsidRDefault="006703D8">
      <w:pPr>
        <w:spacing w:after="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CAD06A" w14:textId="77777777" w:rsidR="00F012A4" w:rsidRDefault="006703D8">
      <w:pPr>
        <w:spacing w:after="40"/>
        <w:rPr>
          <w:b/>
        </w:rPr>
      </w:pPr>
      <w:r>
        <w:rPr>
          <w:b/>
        </w:rPr>
        <w:t>A oes unrhyw beth a allai fod wedi bod yn well yn eich barn chi?</w:t>
      </w:r>
    </w:p>
    <w:p w14:paraId="0300E906" w14:textId="77777777" w:rsidR="006364C3" w:rsidRDefault="006364C3" w:rsidP="006364C3">
      <w:pPr>
        <w:spacing w:after="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FFE63" w14:textId="77777777" w:rsidR="00F012A4" w:rsidRDefault="006703D8">
      <w:pPr>
        <w:pStyle w:val="Heading1"/>
        <w:spacing w:before="140" w:after="60"/>
      </w:pPr>
      <w:r>
        <w:t>3. Cyfathrebu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33E68C5C" w14:textId="77777777">
        <w:trPr>
          <w:jc w:val="center"/>
        </w:trPr>
        <w:tc>
          <w:tcPr>
            <w:tcW w:w="2074" w:type="dxa"/>
            <w:vAlign w:val="center"/>
          </w:tcPr>
          <w:p w14:paraId="65EEDE5A" w14:textId="77777777" w:rsidR="00F012A4" w:rsidRDefault="00F012A4"/>
        </w:tc>
        <w:tc>
          <w:tcPr>
            <w:tcW w:w="2074" w:type="dxa"/>
            <w:shd w:val="clear" w:color="auto" w:fill="D9EAD3"/>
            <w:vAlign w:val="center"/>
          </w:tcPr>
          <w:p w14:paraId="17D510FC" w14:textId="77777777" w:rsidR="00F012A4" w:rsidRDefault="006703D8">
            <w:r>
              <w:rPr>
                <w:b/>
                <w:sz w:val="15"/>
              </w:rPr>
              <w:t>Rhagorol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63F9461F" w14:textId="77777777" w:rsidR="00F012A4" w:rsidRDefault="006703D8">
            <w:r>
              <w:rPr>
                <w:b/>
                <w:sz w:val="15"/>
              </w:rPr>
              <w:t>Da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6D040467" w14:textId="77777777" w:rsidR="00F012A4" w:rsidRDefault="006703D8">
            <w:r>
              <w:rPr>
                <w:b/>
                <w:sz w:val="15"/>
              </w:rPr>
              <w:t>Iawn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E29C7E5" w14:textId="77777777" w:rsidR="00F012A4" w:rsidRDefault="006703D8">
            <w:r>
              <w:rPr>
                <w:b/>
                <w:sz w:val="15"/>
              </w:rPr>
              <w:t>Lle i wella</w:t>
            </w:r>
          </w:p>
        </w:tc>
      </w:tr>
      <w:tr w:rsidR="00F012A4" w14:paraId="758ABD0D" w14:textId="77777777">
        <w:trPr>
          <w:jc w:val="center"/>
        </w:trPr>
        <w:tc>
          <w:tcPr>
            <w:tcW w:w="2074" w:type="dxa"/>
            <w:vAlign w:val="center"/>
          </w:tcPr>
          <w:p w14:paraId="2EA37C0A" w14:textId="77777777" w:rsidR="00F012A4" w:rsidRDefault="006703D8">
            <w:r>
              <w:rPr>
                <w:sz w:val="17"/>
              </w:rPr>
              <w:t>Gwybodaeth cyn dechrau</w:t>
            </w:r>
          </w:p>
        </w:tc>
        <w:tc>
          <w:tcPr>
            <w:tcW w:w="2074" w:type="dxa"/>
            <w:vAlign w:val="center"/>
          </w:tcPr>
          <w:p w14:paraId="50DA649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551262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5329730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0DEFC88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A3D2700" w14:textId="77777777">
        <w:trPr>
          <w:jc w:val="center"/>
        </w:trPr>
        <w:tc>
          <w:tcPr>
            <w:tcW w:w="2074" w:type="dxa"/>
            <w:vAlign w:val="center"/>
          </w:tcPr>
          <w:p w14:paraId="66839F25" w14:textId="77777777" w:rsidR="00F012A4" w:rsidRDefault="006703D8">
            <w:r>
              <w:rPr>
                <w:sz w:val="17"/>
              </w:rPr>
              <w:t>Gwybodaeth am yr hyn oedd yn cael ei ddisgwyl gennyf</w:t>
            </w:r>
          </w:p>
        </w:tc>
        <w:tc>
          <w:tcPr>
            <w:tcW w:w="2074" w:type="dxa"/>
            <w:vAlign w:val="center"/>
          </w:tcPr>
          <w:p w14:paraId="627D3F5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9F47BF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345BBBB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53FC38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66CBEB2E" w14:textId="77777777">
        <w:trPr>
          <w:jc w:val="center"/>
        </w:trPr>
        <w:tc>
          <w:tcPr>
            <w:tcW w:w="2074" w:type="dxa"/>
            <w:vAlign w:val="center"/>
          </w:tcPr>
          <w:p w14:paraId="270E08BD" w14:textId="77777777" w:rsidR="00F012A4" w:rsidRDefault="006703D8">
            <w:r>
              <w:rPr>
                <w:sz w:val="17"/>
              </w:rPr>
              <w:t xml:space="preserve">Cyfathrebu yn ystod yr </w:t>
            </w:r>
            <w:proofErr w:type="spellStart"/>
            <w:r>
              <w:rPr>
                <w:sz w:val="17"/>
              </w:rPr>
              <w:t>hyfforddeiaeth</w:t>
            </w:r>
            <w:proofErr w:type="spellEnd"/>
          </w:p>
        </w:tc>
        <w:tc>
          <w:tcPr>
            <w:tcW w:w="2074" w:type="dxa"/>
            <w:vAlign w:val="center"/>
          </w:tcPr>
          <w:p w14:paraId="6071F70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F1F9700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49F0965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2DC4826A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2158D9B0" w14:textId="77777777">
        <w:trPr>
          <w:jc w:val="center"/>
        </w:trPr>
        <w:tc>
          <w:tcPr>
            <w:tcW w:w="2074" w:type="dxa"/>
            <w:vAlign w:val="center"/>
          </w:tcPr>
          <w:p w14:paraId="380A3946" w14:textId="77777777" w:rsidR="00F012A4" w:rsidRDefault="006703D8">
            <w:r>
              <w:rPr>
                <w:sz w:val="17"/>
              </w:rPr>
              <w:t>Cyfleoedd i ofyn cwestiynau</w:t>
            </w:r>
          </w:p>
        </w:tc>
        <w:tc>
          <w:tcPr>
            <w:tcW w:w="2074" w:type="dxa"/>
            <w:vAlign w:val="center"/>
          </w:tcPr>
          <w:p w14:paraId="7B440C0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C8EE5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0F8E275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714504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B42C3E1" w14:textId="77777777">
        <w:trPr>
          <w:jc w:val="center"/>
        </w:trPr>
        <w:tc>
          <w:tcPr>
            <w:tcW w:w="2074" w:type="dxa"/>
            <w:vAlign w:val="center"/>
          </w:tcPr>
          <w:p w14:paraId="68A3EE41" w14:textId="77777777" w:rsidR="00F012A4" w:rsidRDefault="006703D8">
            <w:r>
              <w:rPr>
                <w:sz w:val="17"/>
              </w:rPr>
              <w:t>Adborth ar fy ngwaith</w:t>
            </w:r>
          </w:p>
        </w:tc>
        <w:tc>
          <w:tcPr>
            <w:tcW w:w="2074" w:type="dxa"/>
            <w:vAlign w:val="center"/>
          </w:tcPr>
          <w:p w14:paraId="73F83217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3A68D9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792058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7EC31E4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3853024B" w14:textId="77777777" w:rsidR="001E1DAC" w:rsidRDefault="001E1DAC">
      <w:pPr>
        <w:spacing w:after="40"/>
        <w:rPr>
          <w:b/>
        </w:rPr>
      </w:pPr>
    </w:p>
    <w:p w14:paraId="4B617697" w14:textId="05DBD3C8" w:rsidR="00F012A4" w:rsidRDefault="006703D8">
      <w:pPr>
        <w:spacing w:after="40"/>
      </w:pPr>
      <w:r>
        <w:rPr>
          <w:b/>
        </w:rPr>
        <w:t xml:space="preserve">Oeddech chi’n teimlo eich bod yn gwybod â phwy i siarad os oedd gennych chi gwestiwn neu broblem?  </w:t>
      </w:r>
      <w:r w:rsidR="00E04550">
        <w:rPr>
          <w:b/>
        </w:rPr>
        <w:br/>
      </w:r>
      <w:r>
        <w:rPr>
          <w:b/>
        </w:rPr>
        <w:t>☐ Oeddwn   ☐ Weithiau   ☐ Na</w:t>
      </w:r>
    </w:p>
    <w:p w14:paraId="246FD80C" w14:textId="77777777" w:rsidR="00F012A4" w:rsidRDefault="006703D8">
      <w:pPr>
        <w:pStyle w:val="Heading1"/>
        <w:spacing w:before="140" w:after="60"/>
      </w:pPr>
      <w:r>
        <w:lastRenderedPageBreak/>
        <w:t>4. Cefnogaeth a Mentora</w:t>
      </w:r>
    </w:p>
    <w:p w14:paraId="71C001DF" w14:textId="77777777" w:rsidR="00F012A4" w:rsidRDefault="006703D8">
      <w:pPr>
        <w:spacing w:after="40"/>
      </w:pPr>
      <w:r>
        <w:rPr>
          <w:b/>
        </w:rPr>
        <w:t>Oedd gennych chi rywun wnaeth roi cefnogaeth i chi neu eich mentora?  ☐ Oedd   ☐ Na   ☐ Weithiau</w:t>
      </w:r>
    </w:p>
    <w:p w14:paraId="6E14CD15" w14:textId="77777777" w:rsidR="00F012A4" w:rsidRDefault="006703D8">
      <w:pPr>
        <w:spacing w:after="20"/>
      </w:pPr>
      <w: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F012A4" w14:paraId="6DFFE706" w14:textId="77777777">
        <w:trPr>
          <w:jc w:val="center"/>
        </w:trPr>
        <w:tc>
          <w:tcPr>
            <w:tcW w:w="2074" w:type="dxa"/>
            <w:shd w:val="clear" w:color="auto" w:fill="D9EAD3"/>
            <w:vAlign w:val="center"/>
          </w:tcPr>
          <w:p w14:paraId="2F0C8F3F" w14:textId="77777777" w:rsidR="00F012A4" w:rsidRDefault="006703D8">
            <w:r>
              <w:rPr>
                <w:b/>
                <w:sz w:val="15"/>
              </w:rPr>
              <w:t>Fe wnaeth fy mentor/cefnogwr fy helpu i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0FE03E07" w14:textId="77777777" w:rsidR="00F012A4" w:rsidRDefault="006703D8">
            <w:r>
              <w:rPr>
                <w:b/>
                <w:sz w:val="15"/>
              </w:rPr>
              <w:t>Yn dda iawn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28B859BA" w14:textId="77777777" w:rsidR="00F012A4" w:rsidRDefault="006703D8">
            <w:r>
              <w:rPr>
                <w:b/>
                <w:sz w:val="15"/>
              </w:rPr>
              <w:t>Yn dda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4356FD7A" w14:textId="77777777" w:rsidR="00F012A4" w:rsidRDefault="006703D8">
            <w:r>
              <w:rPr>
                <w:b/>
                <w:sz w:val="15"/>
              </w:rPr>
              <w:t>Ychydig</w:t>
            </w:r>
          </w:p>
        </w:tc>
        <w:tc>
          <w:tcPr>
            <w:tcW w:w="2074" w:type="dxa"/>
            <w:shd w:val="clear" w:color="auto" w:fill="D9EAD3"/>
            <w:vAlign w:val="center"/>
          </w:tcPr>
          <w:p w14:paraId="7B47010A" w14:textId="77777777" w:rsidR="00F012A4" w:rsidRDefault="006703D8">
            <w:r>
              <w:rPr>
                <w:b/>
                <w:sz w:val="15"/>
              </w:rPr>
              <w:t>Dim o gwbl</w:t>
            </w:r>
          </w:p>
        </w:tc>
      </w:tr>
      <w:tr w:rsidR="00F012A4" w14:paraId="4278A86D" w14:textId="77777777">
        <w:trPr>
          <w:jc w:val="center"/>
        </w:trPr>
        <w:tc>
          <w:tcPr>
            <w:tcW w:w="2074" w:type="dxa"/>
            <w:vAlign w:val="center"/>
          </w:tcPr>
          <w:p w14:paraId="0D4EBDE7" w14:textId="77777777" w:rsidR="00F012A4" w:rsidRDefault="006703D8">
            <w:r>
              <w:rPr>
                <w:sz w:val="17"/>
              </w:rPr>
              <w:t>Deall fy rôl</w:t>
            </w:r>
          </w:p>
        </w:tc>
        <w:tc>
          <w:tcPr>
            <w:tcW w:w="2074" w:type="dxa"/>
            <w:vAlign w:val="center"/>
          </w:tcPr>
          <w:p w14:paraId="20D80FFA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BE9A11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CD6D7AF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91D41F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50A31607" w14:textId="77777777">
        <w:trPr>
          <w:jc w:val="center"/>
        </w:trPr>
        <w:tc>
          <w:tcPr>
            <w:tcW w:w="2074" w:type="dxa"/>
            <w:vAlign w:val="center"/>
          </w:tcPr>
          <w:p w14:paraId="29E23591" w14:textId="77777777" w:rsidR="00F012A4" w:rsidRDefault="006703D8">
            <w:r>
              <w:rPr>
                <w:sz w:val="17"/>
              </w:rPr>
              <w:t>Dysgu sgiliau newydd</w:t>
            </w:r>
          </w:p>
        </w:tc>
        <w:tc>
          <w:tcPr>
            <w:tcW w:w="2074" w:type="dxa"/>
            <w:vAlign w:val="center"/>
          </w:tcPr>
          <w:p w14:paraId="662DB897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30F6C8C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1C3FBB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69C98E9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42ADEC78" w14:textId="77777777">
        <w:trPr>
          <w:jc w:val="center"/>
        </w:trPr>
        <w:tc>
          <w:tcPr>
            <w:tcW w:w="2074" w:type="dxa"/>
            <w:vAlign w:val="center"/>
          </w:tcPr>
          <w:p w14:paraId="1B90F89D" w14:textId="77777777" w:rsidR="00F012A4" w:rsidRDefault="006703D8">
            <w:r>
              <w:rPr>
                <w:sz w:val="17"/>
              </w:rPr>
              <w:t>Magu fy hyder</w:t>
            </w:r>
          </w:p>
        </w:tc>
        <w:tc>
          <w:tcPr>
            <w:tcW w:w="2074" w:type="dxa"/>
            <w:vAlign w:val="center"/>
          </w:tcPr>
          <w:p w14:paraId="239E725C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1095E64D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1B0D842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58655655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7EC3F2D" w14:textId="77777777">
        <w:trPr>
          <w:jc w:val="center"/>
        </w:trPr>
        <w:tc>
          <w:tcPr>
            <w:tcW w:w="2074" w:type="dxa"/>
            <w:vAlign w:val="center"/>
          </w:tcPr>
          <w:p w14:paraId="25559F85" w14:textId="77777777" w:rsidR="00F012A4" w:rsidRDefault="006703D8">
            <w:r>
              <w:rPr>
                <w:sz w:val="17"/>
              </w:rPr>
              <w:t>Datrys problemau</w:t>
            </w:r>
          </w:p>
        </w:tc>
        <w:tc>
          <w:tcPr>
            <w:tcW w:w="2074" w:type="dxa"/>
            <w:vAlign w:val="center"/>
          </w:tcPr>
          <w:p w14:paraId="60D588AE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7AE97378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8FFB0E3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3431DCB1" w14:textId="77777777" w:rsidR="00F012A4" w:rsidRDefault="006703D8">
            <w:r>
              <w:rPr>
                <w:sz w:val="22"/>
              </w:rPr>
              <w:t>☐</w:t>
            </w:r>
          </w:p>
        </w:tc>
      </w:tr>
      <w:tr w:rsidR="00F012A4" w14:paraId="7812C2C7" w14:textId="77777777">
        <w:trPr>
          <w:jc w:val="center"/>
        </w:trPr>
        <w:tc>
          <w:tcPr>
            <w:tcW w:w="2074" w:type="dxa"/>
            <w:vAlign w:val="center"/>
          </w:tcPr>
          <w:p w14:paraId="3D408920" w14:textId="77777777" w:rsidR="00F012A4" w:rsidRDefault="006703D8">
            <w:r>
              <w:rPr>
                <w:sz w:val="17"/>
              </w:rPr>
              <w:t>Paratoi ar gyfer cyflogaeth</w:t>
            </w:r>
          </w:p>
        </w:tc>
        <w:tc>
          <w:tcPr>
            <w:tcW w:w="2074" w:type="dxa"/>
            <w:vAlign w:val="center"/>
          </w:tcPr>
          <w:p w14:paraId="6FD95A21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0638519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04F5D326" w14:textId="77777777" w:rsidR="00F012A4" w:rsidRDefault="006703D8">
            <w:r>
              <w:rPr>
                <w:sz w:val="22"/>
              </w:rPr>
              <w:t>☐</w:t>
            </w:r>
          </w:p>
        </w:tc>
        <w:tc>
          <w:tcPr>
            <w:tcW w:w="2074" w:type="dxa"/>
            <w:vAlign w:val="center"/>
          </w:tcPr>
          <w:p w14:paraId="65B1FBB9" w14:textId="77777777" w:rsidR="00F012A4" w:rsidRDefault="006703D8">
            <w:r>
              <w:rPr>
                <w:sz w:val="22"/>
              </w:rPr>
              <w:t>☐</w:t>
            </w:r>
          </w:p>
        </w:tc>
      </w:tr>
    </w:tbl>
    <w:p w14:paraId="1CD68C4B" w14:textId="77777777" w:rsidR="001E1DAC" w:rsidRDefault="001E1DAC">
      <w:pPr>
        <w:spacing w:after="40"/>
        <w:rPr>
          <w:b/>
        </w:rPr>
      </w:pPr>
    </w:p>
    <w:p w14:paraId="02C74CCD" w14:textId="58C51C2B" w:rsidR="00F012A4" w:rsidRDefault="006703D8">
      <w:pPr>
        <w:spacing w:after="40"/>
      </w:pPr>
      <w:r>
        <w:rPr>
          <w:b/>
        </w:rPr>
        <w:t>Beth oedd yn arbennig o ddefnyddiol am y gefnogaeth neu’r mentora a gawsoch?</w:t>
      </w:r>
    </w:p>
    <w:p w14:paraId="32D9F55E" w14:textId="49F82E83" w:rsidR="00F012A4" w:rsidRDefault="006703D8">
      <w:pPr>
        <w:spacing w:after="20"/>
      </w:pPr>
      <w:r>
        <w:t>_____________________________________________________________________________________________________________________</w:t>
      </w:r>
    </w:p>
    <w:p w14:paraId="6EA6E706" w14:textId="68622EED" w:rsidR="00F012A4" w:rsidRDefault="006703D8">
      <w:pPr>
        <w:spacing w:after="20"/>
      </w:pPr>
      <w:r>
        <w:t>____________________________________________________________________________________________________________________</w:t>
      </w:r>
    </w:p>
    <w:p w14:paraId="13F9B3CA" w14:textId="5D585FA5" w:rsidR="00F012A4" w:rsidRDefault="006703D8">
      <w:pPr>
        <w:spacing w:after="40"/>
      </w:pPr>
      <w:r>
        <w:rPr>
          <w:b/>
        </w:rPr>
        <w:t>A oes unrhyw beth a allai fod wedi gwneud y gefnogaeth</w:t>
      </w:r>
      <w:r w:rsidR="00E04550">
        <w:rPr>
          <w:b/>
        </w:rPr>
        <w:t xml:space="preserve"> </w:t>
      </w:r>
      <w:r>
        <w:rPr>
          <w:b/>
        </w:rPr>
        <w:t>yn well?</w:t>
      </w:r>
    </w:p>
    <w:p w14:paraId="6D73015B" w14:textId="1F657725" w:rsidR="00F012A4" w:rsidRDefault="006703D8">
      <w:pPr>
        <w:spacing w:after="20"/>
      </w:pPr>
      <w:r>
        <w:t>____________________________________________________________________________________________________________________</w:t>
      </w:r>
    </w:p>
    <w:p w14:paraId="7007EA01" w14:textId="1D7DFE5C" w:rsidR="00F012A4" w:rsidRDefault="006703D8">
      <w:pPr>
        <w:spacing w:after="20"/>
      </w:pPr>
      <w:r>
        <w:t>____________________________________________________________________________________________________________________</w:t>
      </w:r>
    </w:p>
    <w:p w14:paraId="62063497" w14:textId="77777777" w:rsidR="001E1DAC" w:rsidRDefault="001E1DAC">
      <w:pPr>
        <w:spacing w:after="20"/>
      </w:pPr>
    </w:p>
    <w:p w14:paraId="7AA92291" w14:textId="77777777" w:rsidR="00F012A4" w:rsidRDefault="006703D8">
      <w:pPr>
        <w:pStyle w:val="Heading1"/>
        <w:spacing w:before="140" w:after="60"/>
      </w:pPr>
      <w:r>
        <w:t>5. Eich Anghenion Unigol</w:t>
      </w:r>
    </w:p>
    <w:p w14:paraId="45A01EC5" w14:textId="77777777" w:rsidR="00F012A4" w:rsidRDefault="006703D8">
      <w:r>
        <w:t xml:space="preserve">Rydym am i’n </w:t>
      </w:r>
      <w:proofErr w:type="spellStart"/>
      <w:r>
        <w:t>hyfforddeiaethau</w:t>
      </w:r>
      <w:proofErr w:type="spellEnd"/>
      <w:r>
        <w:t xml:space="preserve"> fod yn gynhwysol ac yn hygyrch i bawb. Nid oes angen i chi ddweud wrthym am eich amgylchiadau personol oni bai eich bod yn dymuno gwneud hynny.</w:t>
      </w:r>
    </w:p>
    <w:p w14:paraId="2AC93C6A" w14:textId="77777777" w:rsidR="00F012A4" w:rsidRDefault="006703D8">
      <w:pPr>
        <w:spacing w:after="40"/>
      </w:pPr>
      <w:r>
        <w:rPr>
          <w:b/>
        </w:rPr>
        <w:t>A wnaed unrhyw addasiadau neu newidiadau i’ch helpu i gymryd rhan?  ☐ Do   ☐ Naddo   ☐ Ddim yn gwybod</w:t>
      </w:r>
    </w:p>
    <w:p w14:paraId="051F87FA" w14:textId="77777777" w:rsidR="00F012A4" w:rsidRDefault="006703D8">
      <w:pPr>
        <w:spacing w:after="20"/>
      </w:pPr>
      <w:r>
        <w:t>________________________________________________________________________________</w:t>
      </w:r>
    </w:p>
    <w:p w14:paraId="25B030A7" w14:textId="54855AEA" w:rsidR="00F012A4" w:rsidRDefault="006703D8">
      <w:pPr>
        <w:spacing w:after="40"/>
      </w:pPr>
      <w:r>
        <w:rPr>
          <w:b/>
        </w:rPr>
        <w:t xml:space="preserve">Os gwnaed addasiadau, sut fyddech chi’n eu sgorio?  ☐ Defnyddiol iawn   ☐ Defnyddiol  ☐ Cymharol ddefnyddiol  </w:t>
      </w:r>
      <w:r w:rsidR="00E04550">
        <w:rPr>
          <w:b/>
        </w:rPr>
        <w:t xml:space="preserve">              </w:t>
      </w:r>
      <w:r>
        <w:rPr>
          <w:b/>
        </w:rPr>
        <w:t xml:space="preserve"> ☐ Ddim yn ddefnyddiol   ☐ Amherthnasol</w:t>
      </w:r>
    </w:p>
    <w:p w14:paraId="0F2DDC54" w14:textId="77777777" w:rsidR="00F012A4" w:rsidRDefault="006703D8">
      <w:pPr>
        <w:spacing w:after="40"/>
      </w:pPr>
      <w:r>
        <w:rPr>
          <w:b/>
        </w:rPr>
        <w:t>A oedd unrhyw addasiadau eraill a fyddai wedi eich helpu?</w:t>
      </w:r>
    </w:p>
    <w:p w14:paraId="6D6A3996" w14:textId="4E81C884" w:rsidR="00F012A4" w:rsidRDefault="006703D8">
      <w:pPr>
        <w:spacing w:after="20"/>
      </w:pPr>
      <w:r>
        <w:t>___________________________________________________________________________________________________________________</w:t>
      </w:r>
    </w:p>
    <w:p w14:paraId="13CB5235" w14:textId="613C5C3C" w:rsidR="00F012A4" w:rsidRDefault="006703D8">
      <w:pPr>
        <w:spacing w:after="40"/>
        <w:rPr>
          <w:b/>
        </w:rPr>
      </w:pPr>
      <w:r>
        <w:rPr>
          <w:b/>
        </w:rPr>
        <w:t xml:space="preserve">A oeddech chi’n teimlo’n gyfforddus yn gofyn am gymorth neu addasiadau pan oedd angen?  ☐ Oeddwn   ☐ Gan amlaf   </w:t>
      </w:r>
      <w:r w:rsidR="00E04550">
        <w:rPr>
          <w:b/>
        </w:rPr>
        <w:t xml:space="preserve">            </w:t>
      </w:r>
      <w:r>
        <w:rPr>
          <w:b/>
        </w:rPr>
        <w:t>☐ Weithiau   ☐ Na</w:t>
      </w:r>
    </w:p>
    <w:p w14:paraId="62A56951" w14:textId="77777777" w:rsidR="001E1DAC" w:rsidRDefault="001E1DAC">
      <w:pPr>
        <w:spacing w:after="40"/>
      </w:pPr>
    </w:p>
    <w:p w14:paraId="5938CA8F" w14:textId="77777777" w:rsidR="00F012A4" w:rsidRDefault="006703D8">
      <w:pPr>
        <w:pStyle w:val="Heading1"/>
        <w:spacing w:before="140" w:after="60"/>
      </w:pPr>
      <w:r>
        <w:t>6. Sgiliau rydych chi wedi’u datblygu</w:t>
      </w:r>
    </w:p>
    <w:p w14:paraId="72BFA524" w14:textId="77777777" w:rsidR="00F012A4" w:rsidRDefault="006703D8">
      <w:r>
        <w:t>Ticiwch y sgiliau rydych chi’n teimlo sydd wedi gwella.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012A4" w14:paraId="5F6A09BC" w14:textId="77777777">
        <w:trPr>
          <w:jc w:val="center"/>
        </w:trPr>
        <w:tc>
          <w:tcPr>
            <w:tcW w:w="3456" w:type="dxa"/>
            <w:vAlign w:val="center"/>
          </w:tcPr>
          <w:p w14:paraId="3D2F4413" w14:textId="77777777" w:rsidR="00F012A4" w:rsidRDefault="006703D8">
            <w:r>
              <w:rPr>
                <w:sz w:val="16"/>
              </w:rPr>
              <w:t>☐ Cyfathrebu</w:t>
            </w:r>
          </w:p>
        </w:tc>
        <w:tc>
          <w:tcPr>
            <w:tcW w:w="3456" w:type="dxa"/>
            <w:vAlign w:val="center"/>
          </w:tcPr>
          <w:p w14:paraId="59535941" w14:textId="77777777" w:rsidR="00F012A4" w:rsidRDefault="006703D8">
            <w:r>
              <w:rPr>
                <w:sz w:val="16"/>
              </w:rPr>
              <w:t>☐ Gwaith Tîm</w:t>
            </w:r>
          </w:p>
        </w:tc>
        <w:tc>
          <w:tcPr>
            <w:tcW w:w="3456" w:type="dxa"/>
            <w:vAlign w:val="center"/>
          </w:tcPr>
          <w:p w14:paraId="6D93EFF9" w14:textId="77777777" w:rsidR="00F012A4" w:rsidRDefault="006703D8">
            <w:r>
              <w:rPr>
                <w:sz w:val="16"/>
              </w:rPr>
              <w:t>☐ Gweithio’n annibynnol</w:t>
            </w:r>
          </w:p>
        </w:tc>
      </w:tr>
      <w:tr w:rsidR="00F012A4" w14:paraId="69DDBC34" w14:textId="77777777">
        <w:trPr>
          <w:jc w:val="center"/>
        </w:trPr>
        <w:tc>
          <w:tcPr>
            <w:tcW w:w="3456" w:type="dxa"/>
            <w:vAlign w:val="center"/>
          </w:tcPr>
          <w:p w14:paraId="020448E4" w14:textId="77777777" w:rsidR="00F012A4" w:rsidRDefault="006703D8">
            <w:r>
              <w:rPr>
                <w:sz w:val="16"/>
              </w:rPr>
              <w:t>☐ Rheoli amser</w:t>
            </w:r>
          </w:p>
        </w:tc>
        <w:tc>
          <w:tcPr>
            <w:tcW w:w="3456" w:type="dxa"/>
            <w:vAlign w:val="center"/>
          </w:tcPr>
          <w:p w14:paraId="796D1343" w14:textId="77777777" w:rsidR="00F012A4" w:rsidRDefault="006703D8">
            <w:r>
              <w:rPr>
                <w:sz w:val="16"/>
              </w:rPr>
              <w:t>☐ Trefnu</w:t>
            </w:r>
          </w:p>
        </w:tc>
        <w:tc>
          <w:tcPr>
            <w:tcW w:w="3456" w:type="dxa"/>
            <w:vAlign w:val="center"/>
          </w:tcPr>
          <w:p w14:paraId="6888F9A2" w14:textId="77777777" w:rsidR="00F012A4" w:rsidRDefault="006703D8">
            <w:r>
              <w:rPr>
                <w:sz w:val="16"/>
              </w:rPr>
              <w:t>☐ Datrys problemau</w:t>
            </w:r>
          </w:p>
        </w:tc>
      </w:tr>
      <w:tr w:rsidR="00F012A4" w14:paraId="2B0906BD" w14:textId="77777777">
        <w:trPr>
          <w:jc w:val="center"/>
        </w:trPr>
        <w:tc>
          <w:tcPr>
            <w:tcW w:w="3456" w:type="dxa"/>
            <w:vAlign w:val="center"/>
          </w:tcPr>
          <w:p w14:paraId="7A89F67F" w14:textId="77777777" w:rsidR="00F012A4" w:rsidRDefault="006703D8">
            <w:r>
              <w:rPr>
                <w:sz w:val="16"/>
              </w:rPr>
              <w:t>☐ Hyder</w:t>
            </w:r>
          </w:p>
        </w:tc>
        <w:tc>
          <w:tcPr>
            <w:tcW w:w="3456" w:type="dxa"/>
            <w:vAlign w:val="center"/>
          </w:tcPr>
          <w:p w14:paraId="19C25DA6" w14:textId="77777777" w:rsidR="00F012A4" w:rsidRDefault="006703D8">
            <w:r>
              <w:rPr>
                <w:sz w:val="16"/>
              </w:rPr>
              <w:t>☐ Gweithio gyda chwsmeriaid neu aelodau o’r cyhoedd</w:t>
            </w:r>
          </w:p>
        </w:tc>
        <w:tc>
          <w:tcPr>
            <w:tcW w:w="3456" w:type="dxa"/>
            <w:vAlign w:val="center"/>
          </w:tcPr>
          <w:p w14:paraId="508F785A" w14:textId="77777777" w:rsidR="00F012A4" w:rsidRDefault="006703D8">
            <w:r>
              <w:rPr>
                <w:sz w:val="16"/>
              </w:rPr>
              <w:t>☐ Sgiliau digidol/TG</w:t>
            </w:r>
          </w:p>
        </w:tc>
      </w:tr>
      <w:tr w:rsidR="00F012A4" w14:paraId="2527E7BC" w14:textId="77777777">
        <w:trPr>
          <w:jc w:val="center"/>
        </w:trPr>
        <w:tc>
          <w:tcPr>
            <w:tcW w:w="3456" w:type="dxa"/>
            <w:vAlign w:val="center"/>
          </w:tcPr>
          <w:p w14:paraId="145445AC" w14:textId="77777777" w:rsidR="00F012A4" w:rsidRDefault="006703D8">
            <w:r>
              <w:rPr>
                <w:sz w:val="16"/>
              </w:rPr>
              <w:t>☐ Sgiliau ymarferol</w:t>
            </w:r>
          </w:p>
        </w:tc>
        <w:tc>
          <w:tcPr>
            <w:tcW w:w="3456" w:type="dxa"/>
            <w:vAlign w:val="center"/>
          </w:tcPr>
          <w:p w14:paraId="00019621" w14:textId="77777777" w:rsidR="00F012A4" w:rsidRDefault="006703D8">
            <w:r>
              <w:rPr>
                <w:sz w:val="16"/>
              </w:rPr>
              <w:t>☐ Defnyddio offer arbenigol</w:t>
            </w:r>
          </w:p>
        </w:tc>
        <w:tc>
          <w:tcPr>
            <w:tcW w:w="3456" w:type="dxa"/>
            <w:vAlign w:val="center"/>
          </w:tcPr>
          <w:p w14:paraId="57E91DC5" w14:textId="77777777" w:rsidR="00F012A4" w:rsidRDefault="006703D8">
            <w:r>
              <w:rPr>
                <w:sz w:val="16"/>
              </w:rPr>
              <w:t>☐ Arweinyddiaeth</w:t>
            </w:r>
          </w:p>
        </w:tc>
      </w:tr>
      <w:tr w:rsidR="00F012A4" w14:paraId="2BE946CC" w14:textId="77777777">
        <w:trPr>
          <w:jc w:val="center"/>
        </w:trPr>
        <w:tc>
          <w:tcPr>
            <w:tcW w:w="3456" w:type="dxa"/>
            <w:vAlign w:val="center"/>
          </w:tcPr>
          <w:p w14:paraId="06F1DE7C" w14:textId="77777777" w:rsidR="00F012A4" w:rsidRDefault="006703D8">
            <w:r>
              <w:rPr>
                <w:sz w:val="16"/>
              </w:rPr>
              <w:t>☐ Cynllunio</w:t>
            </w:r>
          </w:p>
        </w:tc>
        <w:tc>
          <w:tcPr>
            <w:tcW w:w="3456" w:type="dxa"/>
            <w:vAlign w:val="center"/>
          </w:tcPr>
          <w:p w14:paraId="07F0DD98" w14:textId="77777777" w:rsidR="00F012A4" w:rsidRDefault="006703D8">
            <w:r>
              <w:rPr>
                <w:sz w:val="16"/>
              </w:rPr>
              <w:t>☐ Sgiliau Cymraeg</w:t>
            </w:r>
          </w:p>
        </w:tc>
        <w:tc>
          <w:tcPr>
            <w:tcW w:w="3456" w:type="dxa"/>
            <w:vAlign w:val="center"/>
          </w:tcPr>
          <w:p w14:paraId="3E71B994" w14:textId="77777777" w:rsidR="00F012A4" w:rsidRDefault="006703D8">
            <w:r>
              <w:rPr>
                <w:sz w:val="16"/>
              </w:rPr>
              <w:t>☐ Dealltwriaeth o’r gweithle</w:t>
            </w:r>
          </w:p>
        </w:tc>
      </w:tr>
      <w:tr w:rsidR="00F012A4" w14:paraId="3F73906D" w14:textId="77777777">
        <w:trPr>
          <w:jc w:val="center"/>
        </w:trPr>
        <w:tc>
          <w:tcPr>
            <w:tcW w:w="3456" w:type="dxa"/>
            <w:vAlign w:val="center"/>
          </w:tcPr>
          <w:p w14:paraId="2F4DC665" w14:textId="77777777" w:rsidR="00F012A4" w:rsidRDefault="006703D8">
            <w:r>
              <w:rPr>
                <w:sz w:val="16"/>
              </w:rPr>
              <w:t>☐ Iechyd a diogelwch</w:t>
            </w:r>
          </w:p>
        </w:tc>
        <w:tc>
          <w:tcPr>
            <w:tcW w:w="3456" w:type="dxa"/>
            <w:vAlign w:val="center"/>
          </w:tcPr>
          <w:p w14:paraId="55C0D2B4" w14:textId="77777777" w:rsidR="00F012A4" w:rsidRDefault="006703D8">
            <w:r>
              <w:rPr>
                <w:sz w:val="16"/>
              </w:rPr>
              <w:t>☐ Gwybodaeth amgylcheddol/cynaliadwyedd</w:t>
            </w:r>
          </w:p>
        </w:tc>
        <w:tc>
          <w:tcPr>
            <w:tcW w:w="3456" w:type="dxa"/>
            <w:vAlign w:val="center"/>
          </w:tcPr>
          <w:p w14:paraId="61601E34" w14:textId="77777777" w:rsidR="00F012A4" w:rsidRDefault="006703D8">
            <w:r>
              <w:rPr>
                <w:sz w:val="16"/>
              </w:rPr>
              <w:t>☐ Arall: __________________</w:t>
            </w:r>
          </w:p>
        </w:tc>
      </w:tr>
    </w:tbl>
    <w:p w14:paraId="085D6380" w14:textId="77777777" w:rsidR="001E1DAC" w:rsidRDefault="001E1DAC">
      <w:pPr>
        <w:spacing w:after="40"/>
        <w:rPr>
          <w:b/>
        </w:rPr>
      </w:pPr>
    </w:p>
    <w:p w14:paraId="4F786FC7" w14:textId="3568965E" w:rsidR="00F012A4" w:rsidRDefault="006703D8">
      <w:pPr>
        <w:spacing w:after="40"/>
      </w:pPr>
      <w:r>
        <w:rPr>
          <w:b/>
        </w:rPr>
        <w:t>Pa dri sgil ydych chi wedi’u datblygu fwyaf?</w:t>
      </w:r>
    </w:p>
    <w:p w14:paraId="6E99D8A9" w14:textId="77777777" w:rsidR="00F012A4" w:rsidRDefault="006703D8">
      <w:pPr>
        <w:spacing w:after="40"/>
        <w:rPr>
          <w:b/>
        </w:rPr>
      </w:pPr>
      <w:r>
        <w:rPr>
          <w:b/>
        </w:rPr>
        <w:t>1. __________________________ 2. __________________________ 3. __________________________</w:t>
      </w:r>
    </w:p>
    <w:p w14:paraId="13A4C8D4" w14:textId="77777777" w:rsidR="001E1DAC" w:rsidRDefault="001E1DAC">
      <w:pPr>
        <w:spacing w:after="40"/>
      </w:pPr>
    </w:p>
    <w:p w14:paraId="39AA9517" w14:textId="77777777" w:rsidR="00F012A4" w:rsidRDefault="006703D8">
      <w:pPr>
        <w:spacing w:after="40"/>
      </w:pPr>
      <w:r>
        <w:rPr>
          <w:b/>
        </w:rPr>
        <w:t xml:space="preserve">Allwch chi roi enghraifft o rywbeth y gallwch chi ei wneud nawr na allech chi ei wneud cyn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?</w:t>
      </w:r>
    </w:p>
    <w:p w14:paraId="6026701D" w14:textId="7B379F8D" w:rsidR="00F012A4" w:rsidRDefault="006703D8">
      <w:pPr>
        <w:spacing w:after="20"/>
      </w:pPr>
      <w:r>
        <w:t>___________________________________________________________________________________________________________</w:t>
      </w:r>
    </w:p>
    <w:p w14:paraId="56E525BB" w14:textId="4130A666" w:rsidR="00F71222" w:rsidRDefault="006703D8" w:rsidP="00F71222">
      <w:pPr>
        <w:spacing w:after="20"/>
      </w:pPr>
      <w:r>
        <w:t>__________________________________________________________________________________________________________</w:t>
      </w:r>
    </w:p>
    <w:p w14:paraId="5292084F" w14:textId="38E6257F" w:rsidR="001E1DAC" w:rsidRDefault="001E1DAC" w:rsidP="7175D2C1">
      <w:pPr>
        <w:spacing w:after="20"/>
      </w:pPr>
    </w:p>
    <w:p w14:paraId="71A654DD" w14:textId="77777777" w:rsidR="00F012A4" w:rsidRDefault="006703D8">
      <w:pPr>
        <w:pStyle w:val="Heading1"/>
        <w:spacing w:before="140" w:after="60"/>
      </w:pPr>
      <w:r>
        <w:lastRenderedPageBreak/>
        <w:t>7. Cyflogadwyedd</w:t>
      </w:r>
    </w:p>
    <w:p w14:paraId="1512A57D" w14:textId="5CE469B1" w:rsidR="00F012A4" w:rsidRDefault="006703D8">
      <w:pPr>
        <w:spacing w:after="40"/>
      </w:pPr>
      <w:r>
        <w:rPr>
          <w:b/>
        </w:rPr>
        <w:t xml:space="preserve">Ydy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 xml:space="preserve"> wedi eich helpu i deimlo’n fwy parod ar gyfer cyflogaeth?  ☐ Yn bendant   ☐ Ydy   ☐ Ychydig   </w:t>
      </w:r>
      <w:r w:rsidR="004C5FA5">
        <w:rPr>
          <w:b/>
        </w:rPr>
        <w:t xml:space="preserve">         </w:t>
      </w:r>
      <w:r>
        <w:rPr>
          <w:b/>
        </w:rPr>
        <w:t>☐ Ddim eto</w:t>
      </w:r>
    </w:p>
    <w:p w14:paraId="076361FD" w14:textId="026C7133" w:rsidR="00F012A4" w:rsidRDefault="00F012A4">
      <w:pPr>
        <w:spacing w:after="20"/>
      </w:pPr>
    </w:p>
    <w:p w14:paraId="0AB2D585" w14:textId="77777777" w:rsidR="00F012A4" w:rsidRDefault="006703D8">
      <w:r>
        <w:t xml:space="preserve">Sut mae’r </w:t>
      </w:r>
      <w:proofErr w:type="spellStart"/>
      <w:r>
        <w:t>hyfforddeiaeth</w:t>
      </w:r>
      <w:proofErr w:type="spellEnd"/>
      <w:r>
        <w:t xml:space="preserve"> wedi helpu eich cyflogadwyedd? Ticiwch bob un sy’n berthnasol.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012A4" w14:paraId="693FBF89" w14:textId="77777777">
        <w:tc>
          <w:tcPr>
            <w:tcW w:w="3456" w:type="dxa"/>
            <w:vAlign w:val="center"/>
          </w:tcPr>
          <w:p w14:paraId="09B6020C" w14:textId="77777777" w:rsidR="00F012A4" w:rsidRDefault="006703D8">
            <w:r>
              <w:rPr>
                <w:sz w:val="16"/>
              </w:rPr>
              <w:t>☐ Cael profiad gwaith ymarferol</w:t>
            </w:r>
          </w:p>
        </w:tc>
        <w:tc>
          <w:tcPr>
            <w:tcW w:w="3456" w:type="dxa"/>
            <w:vAlign w:val="center"/>
          </w:tcPr>
          <w:p w14:paraId="267938B7" w14:textId="77777777" w:rsidR="00F012A4" w:rsidRDefault="006703D8">
            <w:r>
              <w:rPr>
                <w:sz w:val="16"/>
              </w:rPr>
              <w:t>☐ Deall y gweithle’n well</w:t>
            </w:r>
          </w:p>
        </w:tc>
        <w:tc>
          <w:tcPr>
            <w:tcW w:w="3456" w:type="dxa"/>
            <w:vAlign w:val="center"/>
          </w:tcPr>
          <w:p w14:paraId="13817A5B" w14:textId="77777777" w:rsidR="00F012A4" w:rsidRDefault="006703D8">
            <w:r>
              <w:rPr>
                <w:sz w:val="16"/>
              </w:rPr>
              <w:t>☐ Teimlo’n fwy hyderus</w:t>
            </w:r>
          </w:p>
        </w:tc>
      </w:tr>
      <w:tr w:rsidR="00F012A4" w14:paraId="4A9E4BD4" w14:textId="77777777">
        <w:tc>
          <w:tcPr>
            <w:tcW w:w="3456" w:type="dxa"/>
            <w:vAlign w:val="center"/>
          </w:tcPr>
          <w:p w14:paraId="4DA3D9BD" w14:textId="77777777" w:rsidR="00F012A4" w:rsidRDefault="006703D8">
            <w:r>
              <w:rPr>
                <w:sz w:val="16"/>
              </w:rPr>
              <w:t>☐ Datblygu sgiliau newydd</w:t>
            </w:r>
          </w:p>
        </w:tc>
        <w:tc>
          <w:tcPr>
            <w:tcW w:w="3456" w:type="dxa"/>
            <w:vAlign w:val="center"/>
          </w:tcPr>
          <w:p w14:paraId="21E501E0" w14:textId="77777777" w:rsidR="00F012A4" w:rsidRDefault="006703D8">
            <w:r>
              <w:rPr>
                <w:sz w:val="16"/>
              </w:rPr>
              <w:t>☐ Cael rhywbeth i’w ychwanegu at fy CV</w:t>
            </w:r>
          </w:p>
        </w:tc>
        <w:tc>
          <w:tcPr>
            <w:tcW w:w="3456" w:type="dxa"/>
            <w:vAlign w:val="center"/>
          </w:tcPr>
          <w:p w14:paraId="6985BC86" w14:textId="77777777" w:rsidR="00F012A4" w:rsidRDefault="006703D8">
            <w:r>
              <w:rPr>
                <w:sz w:val="16"/>
              </w:rPr>
              <w:t>☐ Dysgu sut i weithio gydag eraill</w:t>
            </w:r>
          </w:p>
        </w:tc>
      </w:tr>
      <w:tr w:rsidR="00F012A4" w14:paraId="3B4FEE85" w14:textId="77777777">
        <w:tc>
          <w:tcPr>
            <w:tcW w:w="3456" w:type="dxa"/>
            <w:vAlign w:val="center"/>
          </w:tcPr>
          <w:p w14:paraId="35CFD41D" w14:textId="77777777" w:rsidR="00F012A4" w:rsidRDefault="006703D8">
            <w:r>
              <w:rPr>
                <w:sz w:val="16"/>
              </w:rPr>
              <w:t>☐ Datblygu sgiliau cyfathrebu</w:t>
            </w:r>
          </w:p>
        </w:tc>
        <w:tc>
          <w:tcPr>
            <w:tcW w:w="3456" w:type="dxa"/>
            <w:vAlign w:val="center"/>
          </w:tcPr>
          <w:p w14:paraId="01093D0C" w14:textId="210116F2" w:rsidR="00F012A4" w:rsidRDefault="006703D8">
            <w:r>
              <w:rPr>
                <w:sz w:val="16"/>
              </w:rPr>
              <w:t xml:space="preserve">☐ </w:t>
            </w:r>
            <w:r w:rsidR="00E04550">
              <w:rPr>
                <w:sz w:val="16"/>
              </w:rPr>
              <w:t>D</w:t>
            </w:r>
            <w:r>
              <w:rPr>
                <w:sz w:val="16"/>
              </w:rPr>
              <w:t>ysgu am yrfa y mae gen i ddiddordeb ynddi</w:t>
            </w:r>
          </w:p>
        </w:tc>
        <w:tc>
          <w:tcPr>
            <w:tcW w:w="3456" w:type="dxa"/>
            <w:vAlign w:val="center"/>
          </w:tcPr>
          <w:p w14:paraId="5A77A709" w14:textId="6CA78CA1" w:rsidR="00F012A4" w:rsidRDefault="006703D8">
            <w:r>
              <w:rPr>
                <w:sz w:val="16"/>
              </w:rPr>
              <w:t xml:space="preserve">☐ </w:t>
            </w:r>
            <w:r w:rsidR="00E04550">
              <w:rPr>
                <w:sz w:val="16"/>
              </w:rPr>
              <w:t>G</w:t>
            </w:r>
            <w:r>
              <w:rPr>
                <w:sz w:val="16"/>
              </w:rPr>
              <w:t>wneud cysylltiadau defnyddiol</w:t>
            </w:r>
          </w:p>
        </w:tc>
      </w:tr>
      <w:tr w:rsidR="00F012A4" w14:paraId="449A1464" w14:textId="77777777">
        <w:tc>
          <w:tcPr>
            <w:tcW w:w="3456" w:type="dxa"/>
            <w:vAlign w:val="center"/>
          </w:tcPr>
          <w:p w14:paraId="047E38FD" w14:textId="5C710C94" w:rsidR="00F012A4" w:rsidRDefault="006703D8">
            <w:r>
              <w:rPr>
                <w:sz w:val="16"/>
              </w:rPr>
              <w:t xml:space="preserve">☐ </w:t>
            </w:r>
            <w:r w:rsidR="00E04550">
              <w:rPr>
                <w:sz w:val="16"/>
              </w:rPr>
              <w:t>D</w:t>
            </w:r>
            <w:r>
              <w:rPr>
                <w:sz w:val="16"/>
              </w:rPr>
              <w:t>atblygu sgiliau iaith Gymraeg</w:t>
            </w:r>
          </w:p>
        </w:tc>
        <w:tc>
          <w:tcPr>
            <w:tcW w:w="3456" w:type="dxa"/>
            <w:vAlign w:val="center"/>
          </w:tcPr>
          <w:p w14:paraId="795CFF20" w14:textId="77777777" w:rsidR="00F012A4" w:rsidRDefault="006703D8">
            <w:r>
              <w:rPr>
                <w:sz w:val="16"/>
              </w:rPr>
              <w:t>☐ Gwell dealltwriaeth o’r hyn y mae cyflogwyr yn ei ddisgwyl</w:t>
            </w:r>
          </w:p>
        </w:tc>
        <w:tc>
          <w:tcPr>
            <w:tcW w:w="3456" w:type="dxa"/>
            <w:vAlign w:val="center"/>
          </w:tcPr>
          <w:p w14:paraId="7FB457D2" w14:textId="77777777" w:rsidR="00F012A4" w:rsidRDefault="006703D8">
            <w:r>
              <w:rPr>
                <w:sz w:val="16"/>
              </w:rPr>
              <w:t>☐ Arall: __________________</w:t>
            </w:r>
          </w:p>
        </w:tc>
      </w:tr>
    </w:tbl>
    <w:p w14:paraId="3D1F7165" w14:textId="77777777" w:rsidR="001E1DAC" w:rsidRDefault="001E1DAC">
      <w:pPr>
        <w:spacing w:after="40"/>
        <w:rPr>
          <w:b/>
        </w:rPr>
      </w:pPr>
    </w:p>
    <w:p w14:paraId="660D18F7" w14:textId="4755AECB" w:rsidR="00F012A4" w:rsidRDefault="006703D8">
      <w:pPr>
        <w:spacing w:after="40"/>
      </w:pPr>
      <w:r>
        <w:rPr>
          <w:b/>
        </w:rPr>
        <w:t xml:space="preserve">Ydy’r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 xml:space="preserve"> wedi newid eich syniadau am eich gyrfa yn y dyfodol?  ☐ Ydy – mwy o ddiddordeb yn y math hwn o waith ☐ Ydy – wedi darganfod gyrfa wahanol  ☐ Na  ☐ Dal ddim yn siŵr</w:t>
      </w:r>
    </w:p>
    <w:p w14:paraId="1B1E3963" w14:textId="28D03010" w:rsidR="00F012A4" w:rsidRDefault="006703D8">
      <w:pPr>
        <w:spacing w:after="20"/>
      </w:pPr>
      <w:r>
        <w:t>_____________________________________________________________________________________________________________________</w:t>
      </w:r>
    </w:p>
    <w:p w14:paraId="718C5331" w14:textId="77777777" w:rsidR="00F012A4" w:rsidRDefault="006703D8">
      <w:pPr>
        <w:pStyle w:val="Heading1"/>
        <w:spacing w:before="140" w:after="60"/>
      </w:pPr>
      <w:r>
        <w:t>8. Edrych yn ôl</w:t>
      </w:r>
    </w:p>
    <w:p w14:paraId="2F6082E7" w14:textId="77777777" w:rsidR="00F012A4" w:rsidRDefault="006703D8">
      <w:pPr>
        <w:spacing w:after="40"/>
        <w:rPr>
          <w:b/>
        </w:rPr>
      </w:pPr>
      <w:r>
        <w:rPr>
          <w:b/>
        </w:rPr>
        <w:t xml:space="preserve">Beth yw’r peth pwysicaf rydych chi wedi’i ennill o’ch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?</w:t>
      </w:r>
    </w:p>
    <w:p w14:paraId="1AFAA5CF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4CF2D5A3" w14:textId="4EE66D25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79E2330D" w14:textId="46766507" w:rsidR="00F012A4" w:rsidRDefault="00F71222">
      <w:pPr>
        <w:spacing w:after="40"/>
        <w:rPr>
          <w:b/>
        </w:rPr>
      </w:pPr>
      <w:r>
        <w:rPr>
          <w:b/>
        </w:rPr>
        <w:t>Unrhyw lwyddiannau rydych chi’n fwyaf balch ohonynt?</w:t>
      </w:r>
    </w:p>
    <w:p w14:paraId="3C9533BC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13E112A6" w14:textId="7A4E0CC0" w:rsidR="00F71222" w:rsidRDefault="00F71222" w:rsidP="001E1DAC">
      <w:pPr>
        <w:spacing w:after="20"/>
      </w:pPr>
      <w:r>
        <w:t>____________________________________________________________________________________________________________________</w:t>
      </w:r>
    </w:p>
    <w:p w14:paraId="31DBD41E" w14:textId="77777777" w:rsidR="00F012A4" w:rsidRDefault="006703D8">
      <w:pPr>
        <w:spacing w:after="40"/>
      </w:pPr>
      <w:r>
        <w:rPr>
          <w:b/>
        </w:rPr>
        <w:t xml:space="preserve">Pa gyngor fyddech chi’n ei roi i rywun sy’n dechrau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 xml:space="preserve"> APCAP?</w:t>
      </w:r>
    </w:p>
    <w:p w14:paraId="318BC042" w14:textId="4C6E00A1" w:rsidR="001E1DAC" w:rsidRDefault="001E1DAC" w:rsidP="7175D2C1">
      <w:pPr>
        <w:pBdr>
          <w:bottom w:val="single" w:sz="12" w:space="1" w:color="auto"/>
        </w:pBdr>
        <w:spacing w:after="20"/>
      </w:pPr>
    </w:p>
    <w:p w14:paraId="3DC5C929" w14:textId="77777777" w:rsidR="00F012A4" w:rsidRDefault="006703D8">
      <w:pPr>
        <w:pStyle w:val="Heading1"/>
        <w:spacing w:before="140" w:after="60"/>
      </w:pPr>
      <w:r>
        <w:t>9. Eich Profiad Cyffredinol</w:t>
      </w:r>
    </w:p>
    <w:p w14:paraId="67C31078" w14:textId="77777777" w:rsidR="00F012A4" w:rsidRDefault="006703D8">
      <w:pPr>
        <w:spacing w:after="40"/>
      </w:pPr>
      <w:r>
        <w:rPr>
          <w:b/>
        </w:rPr>
        <w:t xml:space="preserve">Sut byddech chi’n sgorio eich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>, ar y cyfan?  ☐ Gwael iawn   ☐ Gwael   ☐ Iawn   ☐ Da   ☐ Rhagorol</w:t>
      </w:r>
    </w:p>
    <w:p w14:paraId="415BBEFC" w14:textId="77777777" w:rsidR="00F012A4" w:rsidRDefault="006703D8">
      <w:pPr>
        <w:spacing w:after="20"/>
      </w:pPr>
      <w:r>
        <w:t>________________________________________________________________________________</w:t>
      </w:r>
    </w:p>
    <w:p w14:paraId="77BA98E5" w14:textId="3AB9EBD9" w:rsidR="00F012A4" w:rsidRDefault="006703D8">
      <w:pPr>
        <w:spacing w:after="40"/>
      </w:pPr>
      <w:r>
        <w:rPr>
          <w:b/>
        </w:rPr>
        <w:t xml:space="preserve">A fyddech chi’n argymell </w:t>
      </w:r>
      <w:proofErr w:type="spellStart"/>
      <w:r>
        <w:rPr>
          <w:b/>
        </w:rPr>
        <w:t>hyfforddeiaeth</w:t>
      </w:r>
      <w:proofErr w:type="spellEnd"/>
      <w:r>
        <w:rPr>
          <w:b/>
        </w:rPr>
        <w:t xml:space="preserve"> APCAP?  ☐ Yn bendant   ☐ Mae’n debyg   ☐ Ansicr   ☐ Bosib ddim   ☐ Na</w:t>
      </w:r>
    </w:p>
    <w:p w14:paraId="515094E4" w14:textId="77777777" w:rsidR="001E1DAC" w:rsidRDefault="001E1DAC" w:rsidP="001E1DAC">
      <w:pPr>
        <w:spacing w:after="40"/>
      </w:pPr>
    </w:p>
    <w:p w14:paraId="7D5AA7E2" w14:textId="52D537A8" w:rsidR="00F012A4" w:rsidRDefault="006703D8" w:rsidP="001E1DAC">
      <w:pPr>
        <w:spacing w:after="40"/>
      </w:pPr>
      <w:r>
        <w:rPr>
          <w:b/>
        </w:rPr>
        <w:t>Pam?</w:t>
      </w:r>
      <w:r>
        <w:t>_______________________________________________________________________________ ______________________________</w:t>
      </w:r>
    </w:p>
    <w:p w14:paraId="19E793A6" w14:textId="7E6AE356" w:rsidR="00F012A4" w:rsidRDefault="006703D8">
      <w:pPr>
        <w:spacing w:after="20"/>
      </w:pPr>
      <w:r>
        <w:t>___________________________________________________________________________________________________________________</w:t>
      </w:r>
    </w:p>
    <w:p w14:paraId="6417F53C" w14:textId="77777777" w:rsidR="00F012A4" w:rsidRDefault="006703D8">
      <w:pPr>
        <w:spacing w:after="40"/>
      </w:pPr>
      <w:r>
        <w:rPr>
          <w:b/>
        </w:rPr>
        <w:t xml:space="preserve">Pa un peth ddylai APCAP BARHAU </w:t>
      </w:r>
      <w:r>
        <w:rPr>
          <w:b/>
          <w:bCs/>
        </w:rPr>
        <w:t>i’w wneud</w:t>
      </w:r>
      <w:r>
        <w:rPr>
          <w:b/>
        </w:rPr>
        <w:t xml:space="preserve"> ar gyfer hyfforddeion y dyfodol?</w:t>
      </w:r>
    </w:p>
    <w:p w14:paraId="6B2AD45A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43AB7FFF" w14:textId="4DA35408" w:rsidR="00F012A4" w:rsidRDefault="00F71222">
      <w:pPr>
        <w:spacing w:after="20"/>
      </w:pPr>
      <w:r>
        <w:t>____________________________________________________________________________________________________________________</w:t>
      </w:r>
    </w:p>
    <w:p w14:paraId="255A3281" w14:textId="77777777" w:rsidR="00F012A4" w:rsidRDefault="006703D8">
      <w:pPr>
        <w:spacing w:after="40"/>
      </w:pPr>
      <w:r>
        <w:rPr>
          <w:b/>
        </w:rPr>
        <w:t>Pa un peth allai APCAP EI NEWID neu EI WELLA?</w:t>
      </w:r>
    </w:p>
    <w:p w14:paraId="0DDBA5A7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3E6EBCFA" w14:textId="77777777" w:rsidR="00F71222" w:rsidRDefault="00F71222" w:rsidP="00F71222">
      <w:pPr>
        <w:spacing w:after="20"/>
      </w:pPr>
      <w:r>
        <w:t>____________________________________________________________________________________________________________________</w:t>
      </w:r>
    </w:p>
    <w:p w14:paraId="03D57A5A" w14:textId="77777777" w:rsidR="00F012A4" w:rsidRDefault="006703D8">
      <w:pPr>
        <w:pBdr>
          <w:bottom w:val="single" w:sz="12" w:space="1" w:color="auto"/>
        </w:pBdr>
        <w:spacing w:after="40"/>
        <w:rPr>
          <w:b/>
        </w:rPr>
      </w:pPr>
      <w:r>
        <w:rPr>
          <w:b/>
        </w:rPr>
        <w:t>Oes unrhyw beth arall yr hoffech ei ddweud wrthym?</w:t>
      </w:r>
    </w:p>
    <w:p w14:paraId="0F6D2C9F" w14:textId="77777777" w:rsidR="001E1DAC" w:rsidRDefault="001E1DAC">
      <w:pPr>
        <w:pBdr>
          <w:bottom w:val="single" w:sz="12" w:space="1" w:color="auto"/>
        </w:pBdr>
        <w:spacing w:after="40"/>
      </w:pPr>
    </w:p>
    <w:p w14:paraId="0BF87469" w14:textId="77777777" w:rsidR="001E1DAC" w:rsidRDefault="001E1DAC" w:rsidP="001E1DAC">
      <w:pPr>
        <w:spacing w:after="20"/>
      </w:pPr>
    </w:p>
    <w:p w14:paraId="400FD70B" w14:textId="77777777" w:rsidR="00F012A4" w:rsidRDefault="006703D8">
      <w:pPr>
        <w:jc w:val="center"/>
      </w:pPr>
      <w:r>
        <w:rPr>
          <w:b/>
        </w:rPr>
        <w:t xml:space="preserve">Diolch! Bydd eich adborth yn ein helpu i wella </w:t>
      </w:r>
      <w:proofErr w:type="spellStart"/>
      <w:r>
        <w:rPr>
          <w:b/>
        </w:rPr>
        <w:t>hyfforddeiaethau</w:t>
      </w:r>
      <w:proofErr w:type="spellEnd"/>
      <w:r>
        <w:rPr>
          <w:b/>
        </w:rPr>
        <w:t xml:space="preserve"> a chreu cyfleoedd cadarnhaol ar gyfer hyfforddeion y dyfodol.</w:t>
      </w:r>
    </w:p>
    <w:p w14:paraId="3AB994B1" w14:textId="78F027E1" w:rsidR="00F012A4" w:rsidRDefault="006703D8" w:rsidP="7175D2C1">
      <w:pPr>
        <w:jc w:val="center"/>
      </w:pPr>
      <w:r>
        <w:t>Dewisol: Enw: ______________________________________ Dyddiad: __________________</w:t>
      </w:r>
    </w:p>
    <w:sectPr w:rsidR="00F012A4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356112">
    <w:abstractNumId w:val="8"/>
  </w:num>
  <w:num w:numId="2" w16cid:durableId="14768993">
    <w:abstractNumId w:val="6"/>
  </w:num>
  <w:num w:numId="3" w16cid:durableId="633557076">
    <w:abstractNumId w:val="5"/>
  </w:num>
  <w:num w:numId="4" w16cid:durableId="1052382600">
    <w:abstractNumId w:val="4"/>
  </w:num>
  <w:num w:numId="5" w16cid:durableId="559172193">
    <w:abstractNumId w:val="7"/>
  </w:num>
  <w:num w:numId="6" w16cid:durableId="47388190">
    <w:abstractNumId w:val="3"/>
  </w:num>
  <w:num w:numId="7" w16cid:durableId="283662497">
    <w:abstractNumId w:val="2"/>
  </w:num>
  <w:num w:numId="8" w16cid:durableId="979574776">
    <w:abstractNumId w:val="1"/>
  </w:num>
  <w:num w:numId="9" w16cid:durableId="14051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168"/>
    <w:rsid w:val="001E1DAC"/>
    <w:rsid w:val="0029639D"/>
    <w:rsid w:val="00326F90"/>
    <w:rsid w:val="00436A10"/>
    <w:rsid w:val="004C5FA5"/>
    <w:rsid w:val="005F6B39"/>
    <w:rsid w:val="006364C3"/>
    <w:rsid w:val="006703D8"/>
    <w:rsid w:val="006B3222"/>
    <w:rsid w:val="008E7252"/>
    <w:rsid w:val="00AA1D8D"/>
    <w:rsid w:val="00AF2C02"/>
    <w:rsid w:val="00B47730"/>
    <w:rsid w:val="00CB0664"/>
    <w:rsid w:val="00E04550"/>
    <w:rsid w:val="00F012A4"/>
    <w:rsid w:val="00F71222"/>
    <w:rsid w:val="00FC693F"/>
    <w:rsid w:val="24E20613"/>
    <w:rsid w:val="2A9AD4FF"/>
    <w:rsid w:val="2B69B9F8"/>
    <w:rsid w:val="36595C4B"/>
    <w:rsid w:val="693CD764"/>
    <w:rsid w:val="7175D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5B505"/>
  <w14:defaultImageDpi w14:val="300"/>
  <w15:docId w15:val="{432DAB40-EEEE-964E-8654-1DC6C06D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7062</Characters>
  <Application>Microsoft Office Word</Application>
  <DocSecurity>4</DocSecurity>
  <Lines>243</Lines>
  <Paragraphs>219</Paragraphs>
  <ScaleCrop>false</ScaleCrop>
  <Manager/>
  <Company/>
  <LinksUpToDate>false</LinksUpToDate>
  <CharactersWithSpaces>7700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 Gravell</cp:lastModifiedBy>
  <cp:revision>2</cp:revision>
  <cp:lastPrinted>2026-09-23T13:06:00Z</cp:lastPrinted>
  <dcterms:created xsi:type="dcterms:W3CDTF">2026-10-02T12:56:00Z</dcterms:created>
  <dcterms:modified xsi:type="dcterms:W3CDTF">2026-10-02T12:56:00Z</dcterms:modified>
  <cp:category/>
</cp:coreProperties>
</file>