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5F7D" w14:textId="19603F70" w:rsidR="00BC4C3A" w:rsidRDefault="00397337" w:rsidP="148B1424">
      <w:pPr>
        <w:jc w:val="center"/>
      </w:pPr>
      <w:proofErr w:type="spellStart"/>
      <w:r>
        <w:rPr>
          <w:b/>
          <w:bCs/>
          <w:sz w:val="30"/>
          <w:szCs w:val="30"/>
        </w:rPr>
        <w:t>Awdurdod</w:t>
      </w:r>
      <w:proofErr w:type="spellEnd"/>
      <w:r>
        <w:rPr>
          <w:b/>
          <w:bCs/>
          <w:sz w:val="30"/>
          <w:szCs w:val="30"/>
        </w:rPr>
        <w:t xml:space="preserve"> Parc </w:t>
      </w:r>
      <w:proofErr w:type="spellStart"/>
      <w:r>
        <w:rPr>
          <w:b/>
          <w:bCs/>
          <w:sz w:val="30"/>
          <w:szCs w:val="30"/>
        </w:rPr>
        <w:t>Cenedlaethol</w:t>
      </w:r>
      <w:proofErr w:type="spellEnd"/>
      <w:r>
        <w:rPr>
          <w:b/>
          <w:bCs/>
          <w:sz w:val="30"/>
          <w:szCs w:val="30"/>
        </w:rPr>
        <w:t xml:space="preserve"> </w:t>
      </w:r>
      <w:proofErr w:type="spellStart"/>
      <w:r>
        <w:rPr>
          <w:b/>
          <w:bCs/>
          <w:sz w:val="30"/>
          <w:szCs w:val="30"/>
        </w:rPr>
        <w:t>Arfordir</w:t>
      </w:r>
      <w:proofErr w:type="spellEnd"/>
      <w:r>
        <w:rPr>
          <w:b/>
          <w:bCs/>
          <w:sz w:val="30"/>
          <w:szCs w:val="30"/>
        </w:rPr>
        <w:t xml:space="preserve"> </w:t>
      </w:r>
      <w:proofErr w:type="spellStart"/>
      <w:r>
        <w:rPr>
          <w:b/>
          <w:bCs/>
          <w:sz w:val="30"/>
          <w:szCs w:val="30"/>
        </w:rPr>
        <w:t>Penfro</w:t>
      </w:r>
      <w:proofErr w:type="spellEnd"/>
      <w:r w:rsidR="5EFA268D" w:rsidRPr="148B1424">
        <w:rPr>
          <w:b/>
          <w:bCs/>
          <w:sz w:val="30"/>
          <w:szCs w:val="30"/>
        </w:rPr>
        <w:t xml:space="preserve">  </w:t>
      </w:r>
      <w:r w:rsidR="5EFA268D">
        <w:rPr>
          <w:noProof/>
        </w:rPr>
        <w:drawing>
          <wp:inline distT="0" distB="0" distL="0" distR="0" wp14:anchorId="1B9A728B" wp14:editId="04F12F76">
            <wp:extent cx="1237595" cy="1237595"/>
            <wp:effectExtent l="0" t="0" r="0" b="0"/>
            <wp:docPr id="1432161362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ACAA0F4-F8D2-46DB-8C27-6EAD323F52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161362" name="Picture 143216136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7595" cy="123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EFA268D" w:rsidRPr="148B1424">
        <w:rPr>
          <w:b/>
          <w:bCs/>
          <w:sz w:val="30"/>
          <w:szCs w:val="30"/>
        </w:rPr>
        <w:t xml:space="preserve">  </w:t>
      </w:r>
    </w:p>
    <w:p w14:paraId="5381A631" w14:textId="77777777" w:rsidR="00397337" w:rsidRPr="00062759" w:rsidRDefault="00397337" w:rsidP="00397337">
      <w:pPr>
        <w:rPr>
          <w:sz w:val="40"/>
          <w:szCs w:val="40"/>
          <w:lang w:val="cy-GB"/>
        </w:rPr>
      </w:pPr>
      <w:r w:rsidRPr="00062759">
        <w:rPr>
          <w:b/>
          <w:bCs/>
          <w:sz w:val="40"/>
          <w:szCs w:val="40"/>
          <w:lang w:val="cy-GB"/>
        </w:rPr>
        <w:t>Ffurflen Gais am Leoliad Gwaith / Hyfforddi Myfyrwyr</w:t>
      </w:r>
    </w:p>
    <w:p w14:paraId="7F42A31E" w14:textId="77777777" w:rsidR="00397337" w:rsidRPr="00062759" w:rsidRDefault="00397337" w:rsidP="00397337">
      <w:pPr>
        <w:rPr>
          <w:szCs w:val="20"/>
          <w:lang w:val="cy-GB"/>
        </w:rPr>
      </w:pPr>
      <w:r w:rsidRPr="00062759">
        <w:rPr>
          <w:szCs w:val="20"/>
          <w:lang w:val="cy-GB"/>
        </w:rPr>
        <w:t>Hoffech chi wybod sut brofiad yw gweithio i Awdurdod Parc Cenedlaethol Arfordir Penfro?</w:t>
      </w:r>
    </w:p>
    <w:p w14:paraId="3A78B8E0" w14:textId="77777777" w:rsidR="00397337" w:rsidRPr="00062759" w:rsidRDefault="00397337" w:rsidP="00397337">
      <w:pPr>
        <w:rPr>
          <w:szCs w:val="20"/>
          <w:lang w:val="cy-GB"/>
        </w:rPr>
      </w:pPr>
      <w:r w:rsidRPr="00062759">
        <w:rPr>
          <w:szCs w:val="20"/>
          <w:lang w:val="cy-GB"/>
        </w:rPr>
        <w:t>Nid oes angen llawer o brofiad na chymwysterau arbennig arnoch i wneud cais. Mae gennym ddiddordeb ynoch chi, beth rydych chi'n ei fwynhau, yr hyn yr hoffech ei ddysgu a sut y gallwn eich helpu i gael profiad.</w:t>
      </w:r>
    </w:p>
    <w:p w14:paraId="44593055" w14:textId="77777777" w:rsidR="00397337" w:rsidRPr="00062759" w:rsidRDefault="00397337" w:rsidP="00397337">
      <w:pPr>
        <w:rPr>
          <w:szCs w:val="20"/>
          <w:lang w:val="cy-GB"/>
        </w:rPr>
      </w:pPr>
      <w:r w:rsidRPr="00062759">
        <w:rPr>
          <w:szCs w:val="20"/>
          <w:lang w:val="cy-GB"/>
        </w:rPr>
        <w:t xml:space="preserve">Mae yna lawer o wahanol swyddi yn y Parc Cenedlaethol, gan gynnwys cadwraeth, gwaith ceidwad, addysg, cynllunio, gwasanaeth cwsmeriaid, cyllid, cyfathrebu, gweinyddu a gwaith amgylcheddol. </w:t>
      </w:r>
      <w:r w:rsidRPr="00062759">
        <w:rPr>
          <w:szCs w:val="20"/>
          <w:lang w:val="cy-GB"/>
        </w:rPr>
        <w:br/>
      </w:r>
      <w:r w:rsidRPr="00062759">
        <w:rPr>
          <w:szCs w:val="20"/>
          <w:lang w:val="cy-GB"/>
        </w:rPr>
        <w:br/>
        <w:t xml:space="preserve">Er mwyn ein helpu i roi profiad cadarnhaol i chi, atebwch y cwestiynau mor fanwl ag y gallwch. </w:t>
      </w:r>
    </w:p>
    <w:p w14:paraId="0DBD119B" w14:textId="5FEE0172" w:rsidR="00BC4C3A" w:rsidRDefault="00A725AD">
      <w:pPr>
        <w:pStyle w:val="Heading1"/>
      </w:pPr>
      <w:r>
        <w:t xml:space="preserve">1. </w:t>
      </w:r>
      <w:proofErr w:type="spellStart"/>
      <w:r w:rsidR="00397337">
        <w:t>Amdanoch</w:t>
      </w:r>
      <w:proofErr w:type="spellEnd"/>
      <w:r w:rsidR="00397337">
        <w:t xml:space="preserve"> chi</w:t>
      </w:r>
    </w:p>
    <w:p w14:paraId="5ED90B35" w14:textId="773E2999" w:rsidR="00BC4C3A" w:rsidRDefault="00397337" w:rsidP="148B1424">
      <w:pPr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Enw</w:t>
      </w:r>
      <w:proofErr w:type="spellEnd"/>
      <w:r w:rsidR="00A725AD" w:rsidRPr="148B1424">
        <w:rPr>
          <w:b/>
          <w:bCs/>
          <w:sz w:val="24"/>
          <w:szCs w:val="24"/>
        </w:rPr>
        <w:t>:</w:t>
      </w:r>
      <w:r w:rsidR="14C2D3BD" w:rsidRPr="148B1424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</w:t>
      </w:r>
      <w:proofErr w:type="spellStart"/>
      <w:r>
        <w:rPr>
          <w:b/>
          <w:bCs/>
          <w:sz w:val="24"/>
          <w:szCs w:val="24"/>
        </w:rPr>
        <w:t>Dyddiad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geni</w:t>
      </w:r>
      <w:proofErr w:type="spellEnd"/>
      <w:r w:rsidR="14C2D3BD" w:rsidRPr="148B1424">
        <w:rPr>
          <w:b/>
          <w:bCs/>
          <w:sz w:val="24"/>
          <w:szCs w:val="24"/>
        </w:rPr>
        <w:t xml:space="preserve">:       </w:t>
      </w:r>
      <w:r w:rsidR="14C2D3BD" w:rsidRPr="148B1424">
        <w:rPr>
          <w:sz w:val="24"/>
          <w:szCs w:val="24"/>
        </w:rPr>
        <w:t>_________________</w:t>
      </w:r>
    </w:p>
    <w:p w14:paraId="28977C73" w14:textId="4409DBCD" w:rsidR="00BC4C3A" w:rsidRDefault="00A725AD" w:rsidP="148B1424">
      <w:pPr>
        <w:spacing w:after="80"/>
      </w:pPr>
      <w:r w:rsidRPr="148B1424">
        <w:rPr>
          <w:sz w:val="24"/>
          <w:szCs w:val="24"/>
        </w:rPr>
        <w:t>____________________________________________________</w:t>
      </w:r>
      <w:r w:rsidR="472D5A15" w:rsidRPr="148B1424">
        <w:rPr>
          <w:sz w:val="24"/>
          <w:szCs w:val="24"/>
        </w:rPr>
        <w:t xml:space="preserve"> </w:t>
      </w:r>
      <w:r w:rsidR="5BFCDBE3" w:rsidRPr="148B1424">
        <w:rPr>
          <w:sz w:val="24"/>
          <w:szCs w:val="24"/>
        </w:rPr>
        <w:t xml:space="preserve">                  </w:t>
      </w:r>
      <w:proofErr w:type="spellStart"/>
      <w:r w:rsidR="00397337">
        <w:rPr>
          <w:b/>
          <w:bCs/>
          <w:sz w:val="24"/>
          <w:szCs w:val="24"/>
        </w:rPr>
        <w:t>Ffôn</w:t>
      </w:r>
      <w:proofErr w:type="spellEnd"/>
      <w:r w:rsidR="5BFCDBE3" w:rsidRPr="148B1424">
        <w:rPr>
          <w:b/>
          <w:bCs/>
          <w:sz w:val="24"/>
          <w:szCs w:val="24"/>
        </w:rPr>
        <w:t xml:space="preserve">:    </w:t>
      </w:r>
      <w:r w:rsidR="5BFCDBE3" w:rsidRPr="148B1424">
        <w:rPr>
          <w:sz w:val="24"/>
          <w:szCs w:val="24"/>
        </w:rPr>
        <w:t xml:space="preserve">     </w:t>
      </w:r>
      <w:r w:rsidR="5BFCDBE3" w:rsidRPr="148B1424">
        <w:rPr>
          <w:b/>
          <w:bCs/>
          <w:sz w:val="24"/>
          <w:szCs w:val="24"/>
        </w:rPr>
        <w:t xml:space="preserve">   </w:t>
      </w:r>
      <w:r w:rsidR="5BFCDBE3" w:rsidRPr="148B1424">
        <w:rPr>
          <w:sz w:val="24"/>
          <w:szCs w:val="24"/>
        </w:rPr>
        <w:t>_________________</w:t>
      </w:r>
    </w:p>
    <w:p w14:paraId="65B30841" w14:textId="2CCEC9E4" w:rsidR="64606E1B" w:rsidRDefault="00397337" w:rsidP="148B1424">
      <w:pPr>
        <w:spacing w:after="80"/>
      </w:pPr>
      <w:proofErr w:type="spellStart"/>
      <w:r>
        <w:rPr>
          <w:b/>
          <w:bCs/>
          <w:sz w:val="24"/>
          <w:szCs w:val="24"/>
        </w:rPr>
        <w:t>Ebost</w:t>
      </w:r>
      <w:proofErr w:type="spellEnd"/>
      <w:r w:rsidR="64606E1B" w:rsidRPr="148B1424">
        <w:rPr>
          <w:b/>
          <w:bCs/>
          <w:sz w:val="24"/>
          <w:szCs w:val="24"/>
        </w:rPr>
        <w:t xml:space="preserve">: </w:t>
      </w:r>
      <w:r w:rsidR="64606E1B">
        <w:tab/>
      </w:r>
      <w:r w:rsidR="64606E1B" w:rsidRPr="148B1424">
        <w:rPr>
          <w:sz w:val="24"/>
          <w:szCs w:val="24"/>
        </w:rPr>
        <w:t xml:space="preserve">           _________________</w:t>
      </w:r>
    </w:p>
    <w:p w14:paraId="4CB8F86A" w14:textId="590A00A8" w:rsidR="64606E1B" w:rsidRDefault="00397337" w:rsidP="148B1424">
      <w:pPr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Cyfeiriad</w:t>
      </w:r>
      <w:proofErr w:type="spellEnd"/>
      <w:r w:rsidR="64606E1B" w:rsidRPr="148B1424">
        <w:rPr>
          <w:b/>
          <w:bCs/>
          <w:sz w:val="24"/>
          <w:szCs w:val="24"/>
        </w:rPr>
        <w:t xml:space="preserve">: </w:t>
      </w:r>
      <w:r w:rsidR="64606E1B" w:rsidRPr="148B1424">
        <w:rPr>
          <w:sz w:val="24"/>
          <w:szCs w:val="24"/>
        </w:rPr>
        <w:t xml:space="preserve">______________________________________________________________  </w:t>
      </w:r>
    </w:p>
    <w:p w14:paraId="4E30B269" w14:textId="53F797D0" w:rsidR="00BC4C3A" w:rsidRDefault="00397337" w:rsidP="148B1424">
      <w:pPr>
        <w:spacing w:after="80"/>
        <w:rPr>
          <w:sz w:val="24"/>
          <w:szCs w:val="24"/>
        </w:rPr>
      </w:pPr>
      <w:r>
        <w:rPr>
          <w:b/>
          <w:bCs/>
          <w:sz w:val="24"/>
          <w:szCs w:val="24"/>
        </w:rPr>
        <w:t>Ysgol</w:t>
      </w:r>
      <w:r w:rsidR="00A725AD" w:rsidRPr="148B1424">
        <w:rPr>
          <w:b/>
          <w:bCs/>
          <w:sz w:val="24"/>
          <w:szCs w:val="24"/>
        </w:rPr>
        <w:t xml:space="preserve"> / </w:t>
      </w:r>
      <w:r>
        <w:rPr>
          <w:b/>
          <w:bCs/>
          <w:sz w:val="24"/>
          <w:szCs w:val="24"/>
        </w:rPr>
        <w:t>Coleg</w:t>
      </w:r>
      <w:r w:rsidR="00A725AD" w:rsidRPr="148B1424">
        <w:rPr>
          <w:b/>
          <w:bCs/>
          <w:sz w:val="24"/>
          <w:szCs w:val="24"/>
        </w:rPr>
        <w:t xml:space="preserve"> / </w:t>
      </w:r>
      <w:proofErr w:type="spellStart"/>
      <w:r w:rsidRPr="00397337">
        <w:rPr>
          <w:b/>
          <w:bCs/>
          <w:sz w:val="24"/>
          <w:szCs w:val="24"/>
        </w:rPr>
        <w:t>Darparwr</w:t>
      </w:r>
      <w:proofErr w:type="spellEnd"/>
      <w:r w:rsidRPr="00397337">
        <w:rPr>
          <w:b/>
          <w:bCs/>
          <w:sz w:val="24"/>
          <w:szCs w:val="24"/>
        </w:rPr>
        <w:t xml:space="preserve"> </w:t>
      </w:r>
      <w:proofErr w:type="spellStart"/>
      <w:r w:rsidRPr="00397337">
        <w:rPr>
          <w:b/>
          <w:bCs/>
          <w:sz w:val="24"/>
          <w:szCs w:val="24"/>
        </w:rPr>
        <w:t>Hyfforddiant</w:t>
      </w:r>
      <w:proofErr w:type="spellEnd"/>
      <w:r w:rsidRPr="00397337">
        <w:rPr>
          <w:b/>
          <w:bCs/>
          <w:sz w:val="24"/>
          <w:szCs w:val="24"/>
        </w:rPr>
        <w:t xml:space="preserve">: </w:t>
      </w:r>
      <w:r w:rsidR="7EE61445" w:rsidRPr="148B1424">
        <w:rPr>
          <w:sz w:val="24"/>
          <w:szCs w:val="24"/>
        </w:rPr>
        <w:t>________________</w:t>
      </w:r>
      <w:r w:rsidR="00A725AD" w:rsidRPr="148B1424">
        <w:rPr>
          <w:sz w:val="24"/>
          <w:szCs w:val="24"/>
        </w:rPr>
        <w:t>______________________________________________</w:t>
      </w:r>
      <w:r w:rsidR="789198AF" w:rsidRPr="148B1424">
        <w:rPr>
          <w:sz w:val="24"/>
          <w:szCs w:val="24"/>
        </w:rPr>
        <w:t xml:space="preserve">                 </w:t>
      </w:r>
    </w:p>
    <w:p w14:paraId="298ED7D9" w14:textId="79E9CFB7" w:rsidR="00BC4C3A" w:rsidRDefault="00397337" w:rsidP="148B1424">
      <w:pPr>
        <w:spacing w:after="80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Enw’r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cwrs</w:t>
      </w:r>
      <w:proofErr w:type="spellEnd"/>
      <w:r>
        <w:rPr>
          <w:b/>
          <w:bCs/>
          <w:sz w:val="24"/>
          <w:szCs w:val="24"/>
        </w:rPr>
        <w:t xml:space="preserve"> a </w:t>
      </w:r>
      <w:proofErr w:type="spellStart"/>
      <w:r>
        <w:rPr>
          <w:b/>
          <w:bCs/>
          <w:sz w:val="24"/>
          <w:szCs w:val="24"/>
        </w:rPr>
        <w:t>lefel</w:t>
      </w:r>
      <w:proofErr w:type="spellEnd"/>
      <w:r w:rsidR="00A725AD" w:rsidRPr="148B1424">
        <w:rPr>
          <w:b/>
          <w:bCs/>
          <w:sz w:val="24"/>
          <w:szCs w:val="24"/>
        </w:rPr>
        <w:t>:</w:t>
      </w:r>
      <w:r w:rsidR="47BDB114" w:rsidRPr="148B1424">
        <w:rPr>
          <w:b/>
          <w:bCs/>
          <w:sz w:val="24"/>
          <w:szCs w:val="24"/>
        </w:rPr>
        <w:t xml:space="preserve">     </w:t>
      </w:r>
      <w:r w:rsidR="00A725AD" w:rsidRPr="148B1424">
        <w:rPr>
          <w:sz w:val="24"/>
          <w:szCs w:val="24"/>
        </w:rPr>
        <w:t>________________________________________________________</w:t>
      </w:r>
    </w:p>
    <w:p w14:paraId="673083B8" w14:textId="67131B12" w:rsidR="00BC4C3A" w:rsidRDefault="00397337">
      <w:pPr>
        <w:spacing w:after="80"/>
      </w:pPr>
      <w:proofErr w:type="spellStart"/>
      <w:r w:rsidRPr="00397337">
        <w:rPr>
          <w:b/>
          <w:bCs/>
          <w:sz w:val="24"/>
          <w:szCs w:val="24"/>
        </w:rPr>
        <w:t>Cyswllt</w:t>
      </w:r>
      <w:proofErr w:type="spellEnd"/>
      <w:r w:rsidRPr="00397337">
        <w:rPr>
          <w:b/>
          <w:bCs/>
          <w:sz w:val="24"/>
          <w:szCs w:val="24"/>
        </w:rPr>
        <w:t xml:space="preserve"> a </w:t>
      </w:r>
      <w:proofErr w:type="spellStart"/>
      <w:proofErr w:type="gramStart"/>
      <w:r w:rsidRPr="00397337">
        <w:rPr>
          <w:b/>
          <w:bCs/>
          <w:sz w:val="24"/>
          <w:szCs w:val="24"/>
        </w:rPr>
        <w:t>ffefrir</w:t>
      </w:r>
      <w:proofErr w:type="spellEnd"/>
      <w:r w:rsidRPr="00397337">
        <w:rPr>
          <w:b/>
          <w:bCs/>
          <w:sz w:val="24"/>
          <w:szCs w:val="24"/>
        </w:rPr>
        <w:t>:</w:t>
      </w:r>
      <w:r w:rsidR="00A725AD">
        <w:t>☐</w:t>
      </w:r>
      <w:proofErr w:type="gramEnd"/>
      <w:r w:rsidR="00A725AD">
        <w:t xml:space="preserve"> </w:t>
      </w:r>
      <w:r>
        <w:t>Ysgol</w:t>
      </w:r>
      <w:r w:rsidR="00A725AD">
        <w:t>/</w:t>
      </w:r>
      <w:proofErr w:type="spellStart"/>
      <w:r>
        <w:t>coleg</w:t>
      </w:r>
      <w:proofErr w:type="spellEnd"/>
      <w:r w:rsidR="5F5B1C37">
        <w:t>/</w:t>
      </w:r>
      <w:proofErr w:type="spellStart"/>
      <w:r>
        <w:t>Canolfan</w:t>
      </w:r>
      <w:proofErr w:type="spellEnd"/>
      <w:r w:rsidR="00A725AD">
        <w:t xml:space="preserve">    ☐ </w:t>
      </w:r>
      <w:proofErr w:type="spellStart"/>
      <w:r w:rsidR="00CA1BA8">
        <w:t>Rhiant</w:t>
      </w:r>
      <w:proofErr w:type="spellEnd"/>
      <w:r w:rsidR="00A725AD">
        <w:t>/</w:t>
      </w:r>
      <w:proofErr w:type="spellStart"/>
      <w:r w:rsidR="00CA1BA8">
        <w:t>gofalwr</w:t>
      </w:r>
      <w:proofErr w:type="spellEnd"/>
      <w:r w:rsidR="00A725AD">
        <w:t xml:space="preserve">    ☐ </w:t>
      </w:r>
      <w:r w:rsidR="00CA1BA8">
        <w:t xml:space="preserve">Fy </w:t>
      </w:r>
      <w:proofErr w:type="spellStart"/>
      <w:r w:rsidR="00CA1BA8">
        <w:t>hun</w:t>
      </w:r>
      <w:proofErr w:type="spellEnd"/>
      <w:r w:rsidR="00A725AD">
        <w:t xml:space="preserve">    ☐ </w:t>
      </w:r>
      <w:proofErr w:type="spellStart"/>
      <w:r w:rsidR="00CA1BA8">
        <w:t>Arall</w:t>
      </w:r>
      <w:proofErr w:type="spellEnd"/>
      <w:r w:rsidR="00A725AD">
        <w:t>: __________________</w:t>
      </w:r>
    </w:p>
    <w:p w14:paraId="77ADEFF3" w14:textId="77777777" w:rsidR="00CA1BA8" w:rsidRPr="00CA1BA8" w:rsidRDefault="00CA1BA8" w:rsidP="00CA1BA8">
      <w:pPr>
        <w:pStyle w:val="Heading1"/>
        <w:rPr>
          <w:lang w:val="cy-GB"/>
        </w:rPr>
      </w:pPr>
      <w:r w:rsidRPr="00CA1BA8">
        <w:rPr>
          <w:lang w:val="cy-GB"/>
        </w:rPr>
        <w:t>2. Beth hoffech chi gael profiad ohono?</w:t>
      </w:r>
    </w:p>
    <w:p w14:paraId="66DB2281" w14:textId="77777777" w:rsidR="00CA1BA8" w:rsidRPr="00AE2051" w:rsidRDefault="00CA1BA8" w:rsidP="00CA1BA8">
      <w:pPr>
        <w:rPr>
          <w:lang w:val="cy-GB"/>
        </w:rPr>
      </w:pPr>
      <w:r w:rsidRPr="00AE2051">
        <w:rPr>
          <w:b/>
          <w:bCs/>
          <w:lang w:val="cy-GB"/>
        </w:rPr>
        <w:t>Pa fath o waith yn y Parc Cenedlaethol sydd o ddiddordeb i chi? Ticiwch gymaint ag y dymunwch.</w:t>
      </w:r>
    </w:p>
    <w:p w14:paraId="28234D8B" w14:textId="77777777" w:rsidR="00CA1BA8" w:rsidRPr="00062759" w:rsidRDefault="00CA1BA8" w:rsidP="00CA1BA8">
      <w:pPr>
        <w:rPr>
          <w:szCs w:val="20"/>
          <w:lang w:val="cy-GB"/>
        </w:rPr>
      </w:pPr>
      <w:r w:rsidRPr="00062759">
        <w:rPr>
          <w:szCs w:val="20"/>
          <w:lang w:val="cy-GB"/>
        </w:rPr>
        <w:t xml:space="preserve">☐ Gweithio yn yr awyr agored ☐ Natur a bywyd gwyllt ☐ Cadwraeth ☐ Ceidwad / gwaith </w:t>
      </w:r>
      <w:r w:rsidRPr="00062759">
        <w:rPr>
          <w:szCs w:val="20"/>
          <w:lang w:val="cy-GB"/>
        </w:rPr>
        <w:br/>
        <w:t xml:space="preserve">cefn gwlad </w:t>
      </w:r>
      <w:r>
        <w:rPr>
          <w:szCs w:val="20"/>
          <w:lang w:val="cy-GB"/>
        </w:rPr>
        <w:t xml:space="preserve"> </w:t>
      </w:r>
      <w:r w:rsidRPr="00062759">
        <w:rPr>
          <w:szCs w:val="20"/>
          <w:lang w:val="cy-GB"/>
        </w:rPr>
        <w:t xml:space="preserve">☐ Addysg / gweithio gyda phobl ifanc ☐ Helpu ymwelwyr ☐ Twristiaeth a hamdden </w:t>
      </w:r>
      <w:r w:rsidRPr="00062759">
        <w:rPr>
          <w:szCs w:val="20"/>
          <w:lang w:val="cy-GB"/>
        </w:rPr>
        <w:br/>
        <w:t xml:space="preserve">☐ Cynllunio a datblygu ☐ Gwaith amgylcheddol / newid yn yr hinsawdd ☐ Swyddfa / gweinyddiaeth </w:t>
      </w:r>
      <w:r w:rsidRPr="00AE2051">
        <w:rPr>
          <w:lang w:val="cy-GB"/>
        </w:rPr>
        <w:br/>
      </w:r>
      <w:r w:rsidRPr="00062759">
        <w:rPr>
          <w:szCs w:val="20"/>
          <w:lang w:val="cy-GB"/>
        </w:rPr>
        <w:t>☐ Cyllid ☐ Cyfathrebu / cyfryngau  cymdeithasol ☐ Y Gymraeg a diwylliant Cymru</w:t>
      </w:r>
      <w:r w:rsidRPr="00062759">
        <w:rPr>
          <w:szCs w:val="20"/>
          <w:lang w:val="cy-GB"/>
        </w:rPr>
        <w:br/>
        <w:t xml:space="preserve">☐ Ddim yn siŵr eto ☐ Rhywbeth arall:  ______________________________ </w:t>
      </w:r>
    </w:p>
    <w:p w14:paraId="56BC6303" w14:textId="77777777" w:rsidR="00CA1BA8" w:rsidRPr="00AE2051" w:rsidRDefault="00CA1BA8" w:rsidP="00CA1BA8">
      <w:pPr>
        <w:rPr>
          <w:lang w:val="cy-GB"/>
        </w:rPr>
      </w:pPr>
      <w:r>
        <w:rPr>
          <w:b/>
          <w:bCs/>
          <w:lang w:val="cy-GB"/>
        </w:rPr>
        <w:t>O</w:t>
      </w:r>
      <w:r w:rsidRPr="00AE2051">
        <w:rPr>
          <w:b/>
          <w:bCs/>
          <w:lang w:val="cy-GB"/>
        </w:rPr>
        <w:t>es</w:t>
      </w:r>
      <w:r>
        <w:rPr>
          <w:b/>
          <w:bCs/>
          <w:lang w:val="cy-GB"/>
        </w:rPr>
        <w:t xml:space="preserve"> yna f</w:t>
      </w:r>
      <w:r w:rsidRPr="00AE2051">
        <w:rPr>
          <w:b/>
          <w:bCs/>
          <w:lang w:val="cy-GB"/>
        </w:rPr>
        <w:t xml:space="preserve">ath penodol o swydd yr hoffech chi </w:t>
      </w:r>
      <w:r>
        <w:rPr>
          <w:b/>
          <w:bCs/>
          <w:lang w:val="cy-GB"/>
        </w:rPr>
        <w:t>wybod</w:t>
      </w:r>
      <w:r w:rsidRPr="00AE2051">
        <w:rPr>
          <w:b/>
          <w:bCs/>
          <w:lang w:val="cy-GB"/>
        </w:rPr>
        <w:t xml:space="preserve"> mwy amdan</w:t>
      </w:r>
      <w:r>
        <w:rPr>
          <w:b/>
          <w:bCs/>
          <w:lang w:val="cy-GB"/>
        </w:rPr>
        <w:t>i</w:t>
      </w:r>
      <w:r w:rsidRPr="00AE2051">
        <w:rPr>
          <w:b/>
          <w:bCs/>
          <w:lang w:val="cy-GB"/>
        </w:rPr>
        <w:t>?</w:t>
      </w:r>
    </w:p>
    <w:p w14:paraId="0E4679E3" w14:textId="77777777" w:rsidR="00BC4C3A" w:rsidRDefault="00A725AD">
      <w:pPr>
        <w:spacing w:after="80"/>
      </w:pPr>
      <w:r>
        <w:t>____________________________________________________________</w:t>
      </w:r>
    </w:p>
    <w:p w14:paraId="535825A0" w14:textId="77777777" w:rsidR="00CA1BA8" w:rsidRPr="00CA1BA8" w:rsidRDefault="00CA1BA8" w:rsidP="00CA1BA8">
      <w:pPr>
        <w:pStyle w:val="Heading1"/>
        <w:rPr>
          <w:lang w:val="cy-GB"/>
        </w:rPr>
      </w:pPr>
      <w:r w:rsidRPr="00CA1BA8">
        <w:rPr>
          <w:lang w:val="cy-GB"/>
        </w:rPr>
        <w:lastRenderedPageBreak/>
        <w:t xml:space="preserve">3. Pam hoffech chi gael lleoliad gydag Awdurdod Parc Cenedlaethol Arfordir Penfro? </w:t>
      </w:r>
    </w:p>
    <w:p w14:paraId="6C559DFC" w14:textId="77777777" w:rsidR="00CA1BA8" w:rsidRPr="00AE2051" w:rsidRDefault="00CA1BA8" w:rsidP="00CA1BA8">
      <w:pPr>
        <w:rPr>
          <w:lang w:val="cy-GB"/>
        </w:rPr>
      </w:pPr>
      <w:r>
        <w:rPr>
          <w:rFonts w:cs="Aptos"/>
          <w:b/>
          <w:bCs/>
          <w:i/>
          <w:iCs/>
          <w:lang w:val="cy-GB"/>
        </w:rPr>
        <w:t>Gallwch ddewis o'r syniadau isod neu ysgrifennu rhai eich hun.</w:t>
      </w:r>
    </w:p>
    <w:p w14:paraId="30DE392D" w14:textId="7FF438A9" w:rsidR="00CA1BA8" w:rsidRPr="00062759" w:rsidRDefault="00CA1BA8" w:rsidP="00CA1BA8">
      <w:pPr>
        <w:rPr>
          <w:szCs w:val="20"/>
          <w:lang w:val="cy-GB"/>
        </w:rPr>
      </w:pPr>
      <w:r w:rsidRPr="00062759">
        <w:rPr>
          <w:szCs w:val="20"/>
          <w:lang w:val="cy-GB"/>
        </w:rPr>
        <w:t xml:space="preserve">☐ Dysgu sut beth yw bywyd gwaith ☐ Da mewn gwaith tîm </w:t>
      </w:r>
      <w:r>
        <w:rPr>
          <w:szCs w:val="20"/>
          <w:lang w:val="cy-GB"/>
        </w:rPr>
        <w:t xml:space="preserve">  </w:t>
      </w:r>
      <w:r w:rsidRPr="00062759">
        <w:rPr>
          <w:szCs w:val="20"/>
          <w:lang w:val="cy-GB"/>
        </w:rPr>
        <w:t xml:space="preserve">☐ Mwynhau bod yn yr awyr agored </w:t>
      </w:r>
      <w:r>
        <w:rPr>
          <w:szCs w:val="20"/>
          <w:lang w:val="cy-GB"/>
        </w:rPr>
        <w:br/>
      </w:r>
      <w:r w:rsidRPr="00062759">
        <w:rPr>
          <w:szCs w:val="20"/>
          <w:lang w:val="cy-GB"/>
        </w:rPr>
        <w:t xml:space="preserve">☐ Diddordeb mewn natur / amgylchedd </w:t>
      </w:r>
      <w:r>
        <w:rPr>
          <w:szCs w:val="20"/>
          <w:lang w:val="cy-GB"/>
        </w:rPr>
        <w:t xml:space="preserve">  </w:t>
      </w:r>
      <w:r w:rsidRPr="00062759">
        <w:rPr>
          <w:szCs w:val="20"/>
          <w:lang w:val="cy-GB"/>
        </w:rPr>
        <w:t xml:space="preserve">☐ Dysgu sgiliau newydd </w:t>
      </w:r>
      <w:r>
        <w:rPr>
          <w:szCs w:val="20"/>
          <w:lang w:val="cy-GB"/>
        </w:rPr>
        <w:t xml:space="preserve">  </w:t>
      </w:r>
      <w:r w:rsidRPr="00062759">
        <w:rPr>
          <w:szCs w:val="20"/>
          <w:lang w:val="cy-GB"/>
        </w:rPr>
        <w:t>☐ Mwynhau gwaith ymarferol</w:t>
      </w:r>
      <w:r>
        <w:rPr>
          <w:szCs w:val="20"/>
          <w:lang w:val="cy-GB"/>
        </w:rPr>
        <w:t xml:space="preserve"> </w:t>
      </w:r>
      <w:r>
        <w:rPr>
          <w:szCs w:val="20"/>
          <w:lang w:val="cy-GB"/>
        </w:rPr>
        <w:br/>
      </w:r>
      <w:r w:rsidRPr="00062759">
        <w:rPr>
          <w:szCs w:val="20"/>
          <w:lang w:val="cy-GB"/>
        </w:rPr>
        <w:t xml:space="preserve">☐ </w:t>
      </w:r>
      <w:r>
        <w:rPr>
          <w:szCs w:val="20"/>
          <w:lang w:val="cy-GB"/>
        </w:rPr>
        <w:t xml:space="preserve"> </w:t>
      </w:r>
      <w:r w:rsidRPr="00062759">
        <w:rPr>
          <w:szCs w:val="20"/>
          <w:lang w:val="cy-GB"/>
        </w:rPr>
        <w:t xml:space="preserve">Cael profiad ar gyfer fy CV </w:t>
      </w:r>
      <w:r>
        <w:rPr>
          <w:szCs w:val="20"/>
          <w:lang w:val="cy-GB"/>
        </w:rPr>
        <w:t xml:space="preserve">  </w:t>
      </w:r>
      <w:r w:rsidRPr="00062759">
        <w:rPr>
          <w:szCs w:val="20"/>
          <w:lang w:val="cy-GB"/>
        </w:rPr>
        <w:t xml:space="preserve">☐ Da am ddatrys problemau </w:t>
      </w:r>
      <w:r>
        <w:rPr>
          <w:szCs w:val="20"/>
          <w:lang w:val="cy-GB"/>
        </w:rPr>
        <w:br/>
      </w:r>
      <w:r w:rsidRPr="00062759">
        <w:rPr>
          <w:szCs w:val="20"/>
          <w:lang w:val="cy-GB"/>
        </w:rPr>
        <w:t>☐</w:t>
      </w:r>
      <w:r>
        <w:rPr>
          <w:szCs w:val="20"/>
          <w:lang w:val="cy-GB"/>
        </w:rPr>
        <w:t xml:space="preserve"> </w:t>
      </w:r>
      <w:r w:rsidRPr="00062759">
        <w:rPr>
          <w:szCs w:val="20"/>
          <w:lang w:val="cy-GB"/>
        </w:rPr>
        <w:t xml:space="preserve">Meithrin fy hyder </w:t>
      </w:r>
      <w:r>
        <w:rPr>
          <w:szCs w:val="20"/>
          <w:lang w:val="cy-GB"/>
        </w:rPr>
        <w:t xml:space="preserve">   </w:t>
      </w:r>
      <w:r w:rsidRPr="00062759">
        <w:rPr>
          <w:szCs w:val="20"/>
          <w:lang w:val="cy-GB"/>
        </w:rPr>
        <w:t xml:space="preserve">☐ Cyfeillgar/da am gyfarfod pobl </w:t>
      </w:r>
    </w:p>
    <w:p w14:paraId="323AF832" w14:textId="77777777" w:rsidR="00CA1BA8" w:rsidRPr="00AE2051" w:rsidRDefault="00CA1BA8" w:rsidP="00CA1BA8">
      <w:pPr>
        <w:rPr>
          <w:lang w:val="cy-GB"/>
        </w:rPr>
      </w:pPr>
      <w:r w:rsidRPr="00AE2051">
        <w:rPr>
          <w:b/>
          <w:bCs/>
          <w:lang w:val="cy-GB"/>
        </w:rPr>
        <w:t xml:space="preserve">Dywedwch ychydig mwy wrthym am pam </w:t>
      </w:r>
      <w:r>
        <w:rPr>
          <w:b/>
          <w:bCs/>
          <w:lang w:val="cy-GB"/>
        </w:rPr>
        <w:t>fod</w:t>
      </w:r>
      <w:r w:rsidRPr="00AE2051">
        <w:rPr>
          <w:b/>
          <w:bCs/>
          <w:lang w:val="cy-GB"/>
        </w:rPr>
        <w:t xml:space="preserve"> gennych ddiddordeb:</w:t>
      </w:r>
    </w:p>
    <w:p w14:paraId="387FC032" w14:textId="4EC49A9E" w:rsidR="00BC4C3A" w:rsidRDefault="00A725AD" w:rsidP="148B1424">
      <w:pPr>
        <w:spacing w:after="80"/>
      </w:pPr>
      <w:r>
        <w:t>____________________________________________________________</w:t>
      </w:r>
      <w:r w:rsidR="371EFC3E">
        <w:t>____________________________________________________</w:t>
      </w:r>
      <w:r>
        <w:br/>
      </w:r>
      <w:r w:rsidR="584BD3CC">
        <w:t>________________________________________________________________________________________________________________</w:t>
      </w:r>
      <w:r>
        <w:br/>
      </w:r>
      <w:r w:rsidR="584BD3CC">
        <w:t>________________________________________________________________________________________________________________</w:t>
      </w:r>
    </w:p>
    <w:p w14:paraId="6A326896" w14:textId="7E1AA3EC" w:rsidR="00BC4C3A" w:rsidRDefault="00A725AD" w:rsidP="148B1424">
      <w:pPr>
        <w:spacing w:after="80"/>
      </w:pPr>
      <w:r>
        <w:t>____________________________________________________________</w:t>
      </w:r>
      <w:r w:rsidR="2CA44674">
        <w:t>____________________________________________________</w:t>
      </w:r>
    </w:p>
    <w:p w14:paraId="4EDB76BC" w14:textId="77777777" w:rsidR="006C3884" w:rsidRPr="006C3884" w:rsidRDefault="006C3884" w:rsidP="006C3884">
      <w:pPr>
        <w:pStyle w:val="Heading1"/>
        <w:rPr>
          <w:lang w:val="cy-GB"/>
        </w:rPr>
      </w:pPr>
      <w:r w:rsidRPr="006C3884">
        <w:rPr>
          <w:lang w:val="cy-GB"/>
        </w:rPr>
        <w:t>4. Pa brofiad sydd gennych chi’n barod?</w:t>
      </w:r>
    </w:p>
    <w:p w14:paraId="32809225" w14:textId="77777777" w:rsidR="006C3884" w:rsidRPr="00AE2051" w:rsidRDefault="006C3884" w:rsidP="006C3884">
      <w:pPr>
        <w:rPr>
          <w:lang w:val="cy-GB"/>
        </w:rPr>
      </w:pPr>
      <w:r w:rsidRPr="00AE2051">
        <w:rPr>
          <w:b/>
          <w:bCs/>
          <w:i/>
          <w:iCs/>
          <w:lang w:val="cy-GB"/>
        </w:rPr>
        <w:t>Gallai hyn gynnwys ysgol, clybiau, chwaraeon, gwirfoddoli, helpu gartref, gofalu am anifeiliaid, hobïau, gwaith rhan-amser neu helpu pobl eraill.</w:t>
      </w:r>
    </w:p>
    <w:p w14:paraId="0419A4E7" w14:textId="77777777" w:rsidR="006C3884" w:rsidRPr="00AE2051" w:rsidRDefault="006C3884" w:rsidP="006C3884">
      <w:pPr>
        <w:rPr>
          <w:lang w:val="cy-GB"/>
        </w:rPr>
      </w:pPr>
      <w:r w:rsidRPr="00AE2051">
        <w:rPr>
          <w:lang w:val="cy-GB"/>
        </w:rPr>
        <w:t>Enghreifftiau o sgiliau defnyddiol: gweithio mewn tîm • siarad â phobl • bod yn gyfrifol • defnyddio cyfrifiaduron • bod yn greadigol • datrys problemau • gweithio yn yr awyr agored • helpu eraill • trefnu pethau.</w:t>
      </w:r>
    </w:p>
    <w:p w14:paraId="6E5FD346" w14:textId="77777777" w:rsidR="006C3884" w:rsidRPr="00AE2051" w:rsidRDefault="006C3884" w:rsidP="006C3884">
      <w:pPr>
        <w:rPr>
          <w:lang w:val="cy-GB"/>
        </w:rPr>
      </w:pPr>
      <w:r w:rsidRPr="00AE2051">
        <w:rPr>
          <w:b/>
          <w:bCs/>
          <w:lang w:val="cy-GB"/>
        </w:rPr>
        <w:t>Beth ydych chi wedi'i wneud?</w:t>
      </w:r>
    </w:p>
    <w:p w14:paraId="08943D38" w14:textId="158A441B" w:rsidR="00BC4C3A" w:rsidRDefault="00A725AD" w:rsidP="148B1424">
      <w:pPr>
        <w:spacing w:after="80"/>
      </w:pPr>
      <w:r>
        <w:t>____________________________________________________________</w:t>
      </w:r>
      <w:r w:rsidR="6DA6CC40">
        <w:t>____________________________________________________</w:t>
      </w:r>
      <w:r>
        <w:br/>
        <w:t>____________________________________________________________</w:t>
      </w:r>
      <w:r w:rsidR="7BBFD90A">
        <w:t>____________________________________________________</w:t>
      </w:r>
    </w:p>
    <w:p w14:paraId="03E24FBD" w14:textId="77777777" w:rsidR="006C3884" w:rsidRPr="00AE2051" w:rsidRDefault="006C3884" w:rsidP="006C3884">
      <w:pPr>
        <w:rPr>
          <w:lang w:val="cy-GB"/>
        </w:rPr>
      </w:pPr>
      <w:r w:rsidRPr="00AE2051">
        <w:rPr>
          <w:b/>
          <w:bCs/>
          <w:lang w:val="cy-GB"/>
        </w:rPr>
        <w:t>Pa sgiliau ydych chi'n meddwl sydd gennych</w:t>
      </w:r>
      <w:r>
        <w:rPr>
          <w:b/>
          <w:bCs/>
          <w:lang w:val="cy-GB"/>
        </w:rPr>
        <w:t xml:space="preserve"> chi</w:t>
      </w:r>
      <w:r w:rsidRPr="00AE2051">
        <w:rPr>
          <w:b/>
          <w:bCs/>
          <w:lang w:val="cy-GB"/>
        </w:rPr>
        <w:t>?</w:t>
      </w:r>
    </w:p>
    <w:p w14:paraId="525579F7" w14:textId="3E00505D" w:rsidR="00BC4C3A" w:rsidRDefault="00A725AD" w:rsidP="148B1424">
      <w:pPr>
        <w:spacing w:after="80"/>
      </w:pPr>
      <w:r>
        <w:t>____________________________________________________________</w:t>
      </w:r>
      <w:r w:rsidR="5F1516B5">
        <w:t>____________________________________________________</w:t>
      </w:r>
      <w:r>
        <w:br/>
      </w:r>
      <w:r w:rsidR="369B53C3">
        <w:t>________________________________________________________________________________________________________________</w:t>
      </w:r>
    </w:p>
    <w:p w14:paraId="2AEDB611" w14:textId="740EEF98" w:rsidR="00BC4C3A" w:rsidRDefault="00A725AD" w:rsidP="148B1424">
      <w:pPr>
        <w:spacing w:after="80"/>
      </w:pPr>
      <w:r>
        <w:t>____________________________________________________________</w:t>
      </w:r>
      <w:r w:rsidR="7AC3820C">
        <w:t>____________________________________________________</w:t>
      </w:r>
    </w:p>
    <w:p w14:paraId="4534A957" w14:textId="77777777" w:rsidR="006C3884" w:rsidRPr="00AE2051" w:rsidRDefault="006C3884" w:rsidP="006C3884">
      <w:pPr>
        <w:pStyle w:val="Heading1"/>
        <w:rPr>
          <w:lang w:val="cy-GB"/>
        </w:rPr>
      </w:pPr>
      <w:r w:rsidRPr="00AE2051">
        <w:rPr>
          <w:lang w:val="cy-GB"/>
        </w:rPr>
        <w:t>5. Beth hoffech chi ei ddysgu?</w:t>
      </w:r>
    </w:p>
    <w:p w14:paraId="6D4248A1" w14:textId="77777777" w:rsidR="006C3884" w:rsidRPr="00AE2051" w:rsidRDefault="006C3884" w:rsidP="006C3884">
      <w:pPr>
        <w:rPr>
          <w:lang w:val="cy-GB"/>
        </w:rPr>
      </w:pPr>
      <w:r w:rsidRPr="00AE2051">
        <w:rPr>
          <w:b/>
          <w:bCs/>
          <w:i/>
          <w:iCs/>
          <w:lang w:val="cy-GB"/>
        </w:rPr>
        <w:t>Beth hoffech chi ei gael fwyaf o'ch lleoliad?</w:t>
      </w:r>
    </w:p>
    <w:p w14:paraId="7FBD5A4D" w14:textId="10214644" w:rsidR="00BC4C3A" w:rsidRDefault="00A725AD">
      <w:pPr>
        <w:spacing w:after="80"/>
      </w:pPr>
      <w:r>
        <w:t xml:space="preserve">☐ </w:t>
      </w:r>
      <w:r w:rsidR="009609B1" w:rsidRPr="00AE2051">
        <w:rPr>
          <w:lang w:val="cy-GB"/>
        </w:rPr>
        <w:t xml:space="preserve">Dysgu am yrfa benodol </w:t>
      </w:r>
      <w:r w:rsidR="009609B1">
        <w:rPr>
          <w:lang w:val="cy-GB"/>
        </w:rPr>
        <w:t xml:space="preserve">   </w:t>
      </w:r>
      <w:r>
        <w:t xml:space="preserve">☐ </w:t>
      </w:r>
      <w:r w:rsidR="009609B1" w:rsidRPr="00AE2051">
        <w:rPr>
          <w:lang w:val="cy-GB"/>
        </w:rPr>
        <w:t xml:space="preserve">Dysgu sgiliau ymarferol newydd </w:t>
      </w:r>
      <w:r w:rsidR="009609B1">
        <w:rPr>
          <w:lang w:val="cy-GB"/>
        </w:rPr>
        <w:t xml:space="preserve">   </w:t>
      </w:r>
      <w:r>
        <w:t xml:space="preserve">☐ </w:t>
      </w:r>
      <w:r w:rsidR="009609B1" w:rsidRPr="00AE2051">
        <w:rPr>
          <w:lang w:val="cy-GB"/>
        </w:rPr>
        <w:t xml:space="preserve">Dysgu sut mae </w:t>
      </w:r>
      <w:r w:rsidR="009609B1">
        <w:rPr>
          <w:lang w:val="cy-GB"/>
        </w:rPr>
        <w:t>man gwaith</w:t>
      </w:r>
      <w:r w:rsidR="009609B1" w:rsidRPr="00AE2051">
        <w:rPr>
          <w:lang w:val="cy-GB"/>
        </w:rPr>
        <w:t xml:space="preserve"> yn gweith</w:t>
      </w:r>
      <w:r w:rsidR="009609B1">
        <w:rPr>
          <w:lang w:val="cy-GB"/>
        </w:rPr>
        <w:t>io</w:t>
      </w:r>
      <w:r>
        <w:br/>
        <w:t xml:space="preserve">☐ </w:t>
      </w:r>
      <w:r w:rsidR="009609B1" w:rsidRPr="00AE2051">
        <w:rPr>
          <w:lang w:val="cy-GB"/>
        </w:rPr>
        <w:t xml:space="preserve">Gwella </w:t>
      </w:r>
      <w:proofErr w:type="gramStart"/>
      <w:r w:rsidR="009609B1" w:rsidRPr="00AE2051">
        <w:rPr>
          <w:lang w:val="cy-GB"/>
        </w:rPr>
        <w:t>sgiliau  cyfathrebu</w:t>
      </w:r>
      <w:proofErr w:type="gramEnd"/>
      <w:r w:rsidR="009609B1" w:rsidRPr="00AE2051">
        <w:rPr>
          <w:lang w:val="cy-GB"/>
        </w:rPr>
        <w:t xml:space="preserve"> </w:t>
      </w:r>
      <w:r w:rsidR="009609B1">
        <w:rPr>
          <w:lang w:val="cy-GB"/>
        </w:rPr>
        <w:t xml:space="preserve">  </w:t>
      </w:r>
      <w:r>
        <w:t xml:space="preserve">☐ </w:t>
      </w:r>
      <w:r w:rsidR="009609B1">
        <w:t xml:space="preserve">Dod </w:t>
      </w:r>
      <w:proofErr w:type="spellStart"/>
      <w:r w:rsidR="009609B1">
        <w:t>yn</w:t>
      </w:r>
      <w:proofErr w:type="spellEnd"/>
      <w:r w:rsidR="009609B1">
        <w:t xml:space="preserve"> </w:t>
      </w:r>
      <w:proofErr w:type="spellStart"/>
      <w:r w:rsidR="009609B1">
        <w:t>fwy</w:t>
      </w:r>
      <w:proofErr w:type="spellEnd"/>
      <w:r w:rsidR="009609B1">
        <w:t xml:space="preserve"> </w:t>
      </w:r>
      <w:proofErr w:type="spellStart"/>
      <w:r w:rsidR="009609B1">
        <w:t>hyderus</w:t>
      </w:r>
      <w:proofErr w:type="spellEnd"/>
      <w:r>
        <w:t xml:space="preserve">    ☐ </w:t>
      </w:r>
      <w:r w:rsidR="009609B1" w:rsidRPr="00AE2051">
        <w:rPr>
          <w:lang w:val="cy-GB"/>
        </w:rPr>
        <w:t>C</w:t>
      </w:r>
      <w:r w:rsidR="009609B1">
        <w:rPr>
          <w:lang w:val="cy-GB"/>
        </w:rPr>
        <w:t>yfarfod</w:t>
      </w:r>
      <w:r w:rsidR="009609B1" w:rsidRPr="00AE2051">
        <w:rPr>
          <w:lang w:val="cy-GB"/>
        </w:rPr>
        <w:t xml:space="preserve"> pobl </w:t>
      </w:r>
      <w:r w:rsidR="009609B1">
        <w:rPr>
          <w:lang w:val="cy-GB"/>
        </w:rPr>
        <w:t>newydd</w:t>
      </w:r>
      <w:r>
        <w:br/>
        <w:t xml:space="preserve">☐ </w:t>
      </w:r>
      <w:r w:rsidR="0096462D" w:rsidRPr="00AE2051">
        <w:rPr>
          <w:lang w:val="cy-GB"/>
        </w:rPr>
        <w:t>Dysg</w:t>
      </w:r>
      <w:r w:rsidR="0096462D">
        <w:rPr>
          <w:lang w:val="cy-GB"/>
        </w:rPr>
        <w:t>u</w:t>
      </w:r>
      <w:r w:rsidR="0096462D" w:rsidRPr="00AE2051">
        <w:rPr>
          <w:lang w:val="cy-GB"/>
        </w:rPr>
        <w:t xml:space="preserve"> am swyddi / prentisiaethau yn y dyfodol </w:t>
      </w:r>
      <w:r w:rsidR="0096462D">
        <w:rPr>
          <w:lang w:val="cy-GB"/>
        </w:rPr>
        <w:t xml:space="preserve">    </w:t>
      </w:r>
      <w:r>
        <w:t xml:space="preserve">☐ </w:t>
      </w:r>
      <w:r w:rsidR="0096462D" w:rsidRPr="00AE2051">
        <w:rPr>
          <w:lang w:val="cy-GB"/>
        </w:rPr>
        <w:t>Gwella fy CV / sgiliau cyflogadwyedd</w:t>
      </w:r>
      <w:r>
        <w:br/>
        <w:t xml:space="preserve">☐ </w:t>
      </w:r>
      <w:r w:rsidR="0096462D" w:rsidRPr="00AE2051">
        <w:rPr>
          <w:lang w:val="cy-GB"/>
        </w:rPr>
        <w:t>Darganf</w:t>
      </w:r>
      <w:r w:rsidR="0096462D">
        <w:rPr>
          <w:lang w:val="cy-GB"/>
        </w:rPr>
        <w:t>od</w:t>
      </w:r>
      <w:r w:rsidR="0096462D" w:rsidRPr="00AE2051">
        <w:rPr>
          <w:lang w:val="cy-GB"/>
        </w:rPr>
        <w:t xml:space="preserve"> beth rydw i'n dda </w:t>
      </w:r>
      <w:r w:rsidR="0096462D">
        <w:rPr>
          <w:lang w:val="cy-GB"/>
        </w:rPr>
        <w:t>am ei wneud</w:t>
      </w:r>
      <w:r w:rsidR="0096462D" w:rsidRPr="00AE2051">
        <w:rPr>
          <w:lang w:val="cy-GB"/>
        </w:rPr>
        <w:t xml:space="preserve"> </w:t>
      </w:r>
      <w:r w:rsidR="0096462D">
        <w:rPr>
          <w:lang w:val="cy-GB"/>
        </w:rPr>
        <w:t xml:space="preserve">   </w:t>
      </w:r>
      <w:r>
        <w:t xml:space="preserve">☐ </w:t>
      </w:r>
      <w:proofErr w:type="spellStart"/>
      <w:r w:rsidR="0096462D">
        <w:t>Rhywbeth</w:t>
      </w:r>
      <w:proofErr w:type="spellEnd"/>
      <w:r w:rsidR="0096462D">
        <w:t xml:space="preserve"> </w:t>
      </w:r>
      <w:proofErr w:type="spellStart"/>
      <w:r w:rsidR="0096462D">
        <w:t>arall</w:t>
      </w:r>
      <w:proofErr w:type="spellEnd"/>
      <w:r>
        <w:t>: ______________________________</w:t>
      </w:r>
    </w:p>
    <w:p w14:paraId="582BE615" w14:textId="77777777" w:rsidR="0096462D" w:rsidRPr="00AE2051" w:rsidRDefault="0096462D" w:rsidP="0096462D">
      <w:pPr>
        <w:rPr>
          <w:lang w:val="cy-GB"/>
        </w:rPr>
      </w:pPr>
      <w:r>
        <w:rPr>
          <w:b/>
          <w:bCs/>
          <w:lang w:val="cy-GB"/>
        </w:rPr>
        <w:t>Oes yna</w:t>
      </w:r>
      <w:r w:rsidRPr="00AE2051">
        <w:rPr>
          <w:b/>
          <w:bCs/>
          <w:lang w:val="cy-GB"/>
        </w:rPr>
        <w:t xml:space="preserve"> unrhyw beth arall yr hoffech chi ei ddysgu neu ei brofi?</w:t>
      </w:r>
    </w:p>
    <w:p w14:paraId="7623152B" w14:textId="77777777" w:rsidR="00BC4C3A" w:rsidRDefault="00A725AD">
      <w:pPr>
        <w:spacing w:after="80"/>
      </w:pPr>
      <w:r>
        <w:t>____________________________________________________________</w:t>
      </w:r>
    </w:p>
    <w:p w14:paraId="19C367E9" w14:textId="77777777" w:rsidR="0096462D" w:rsidRPr="00AE2051" w:rsidRDefault="0096462D" w:rsidP="0096462D">
      <w:pPr>
        <w:pStyle w:val="Heading1"/>
        <w:rPr>
          <w:lang w:val="cy-GB"/>
        </w:rPr>
      </w:pPr>
      <w:r w:rsidRPr="00AE2051">
        <w:rPr>
          <w:lang w:val="cy-GB"/>
        </w:rPr>
        <w:t>6. Sut allwn ni eich helpu i deimlo'n gyfforddus?</w:t>
      </w:r>
    </w:p>
    <w:p w14:paraId="3E33AF7F" w14:textId="77777777" w:rsidR="0096462D" w:rsidRPr="00AE2051" w:rsidRDefault="0096462D" w:rsidP="0096462D">
      <w:pPr>
        <w:rPr>
          <w:lang w:val="cy-GB"/>
        </w:rPr>
      </w:pPr>
      <w:r w:rsidRPr="00AE2051">
        <w:rPr>
          <w:b/>
          <w:bCs/>
          <w:lang w:val="cy-GB"/>
        </w:rPr>
        <w:t xml:space="preserve">Rydyn ni eisiau i bawb gael profiad cadarnhaol yn </w:t>
      </w:r>
      <w:r w:rsidRPr="00D61D5A">
        <w:rPr>
          <w:b/>
          <w:bCs/>
          <w:lang w:val="cy-GB"/>
        </w:rPr>
        <w:t>Awdurdod Parc Cenedlaethol Arfordir Penfro</w:t>
      </w:r>
      <w:r w:rsidRPr="00AE2051">
        <w:rPr>
          <w:b/>
          <w:bCs/>
          <w:lang w:val="cy-GB"/>
        </w:rPr>
        <w:t>.</w:t>
      </w:r>
      <w:r>
        <w:rPr>
          <w:b/>
          <w:bCs/>
          <w:lang w:val="cy-GB"/>
        </w:rPr>
        <w:t xml:space="preserve"> O</w:t>
      </w:r>
      <w:r w:rsidRPr="00AE2051">
        <w:rPr>
          <w:b/>
          <w:bCs/>
          <w:lang w:val="cy-GB"/>
        </w:rPr>
        <w:t>es</w:t>
      </w:r>
      <w:r>
        <w:rPr>
          <w:b/>
          <w:bCs/>
          <w:lang w:val="cy-GB"/>
        </w:rPr>
        <w:t xml:space="preserve"> yna</w:t>
      </w:r>
      <w:r w:rsidRPr="00AE2051">
        <w:rPr>
          <w:b/>
          <w:bCs/>
          <w:lang w:val="cy-GB"/>
        </w:rPr>
        <w:t xml:space="preserve"> unrhyw beth a fyddai'n eich helpu i deimlo'n fwy hyderus neu gyfforddus?</w:t>
      </w:r>
    </w:p>
    <w:p w14:paraId="5963452D" w14:textId="77777777" w:rsidR="0096462D" w:rsidRDefault="00A725AD">
      <w:pPr>
        <w:spacing w:after="80"/>
        <w:rPr>
          <w:lang w:val="cy-GB"/>
        </w:rPr>
      </w:pPr>
      <w:r>
        <w:t xml:space="preserve">☐ </w:t>
      </w:r>
      <w:r w:rsidR="0096462D" w:rsidRPr="00AE2051">
        <w:rPr>
          <w:lang w:val="cy-GB"/>
        </w:rPr>
        <w:t>E</w:t>
      </w:r>
      <w:r w:rsidR="0096462D">
        <w:rPr>
          <w:lang w:val="cy-GB"/>
        </w:rPr>
        <w:t xml:space="preserve">gluro pethau’n glir </w:t>
      </w:r>
      <w:r w:rsidR="0096462D">
        <w:rPr>
          <w:lang w:val="cy-GB"/>
        </w:rPr>
        <w:t xml:space="preserve">  </w:t>
      </w:r>
      <w:r>
        <w:t xml:space="preserve">☐ </w:t>
      </w:r>
      <w:r w:rsidR="0096462D" w:rsidRPr="00AE2051">
        <w:rPr>
          <w:lang w:val="cy-GB"/>
        </w:rPr>
        <w:t xml:space="preserve">Person </w:t>
      </w:r>
      <w:r w:rsidR="0096462D">
        <w:rPr>
          <w:lang w:val="cy-GB"/>
        </w:rPr>
        <w:t>penodol</w:t>
      </w:r>
      <w:r w:rsidR="0096462D" w:rsidRPr="00AE2051">
        <w:rPr>
          <w:lang w:val="cy-GB"/>
        </w:rPr>
        <w:t xml:space="preserve"> y gallaf fynd ato</w:t>
      </w:r>
      <w:r w:rsidR="0096462D">
        <w:rPr>
          <w:lang w:val="cy-GB"/>
        </w:rPr>
        <w:t>/ati i gael</w:t>
      </w:r>
      <w:r w:rsidR="0096462D" w:rsidRPr="00AE2051">
        <w:rPr>
          <w:lang w:val="cy-GB"/>
        </w:rPr>
        <w:t xml:space="preserve"> help </w:t>
      </w:r>
      <w:r w:rsidR="0096462D">
        <w:rPr>
          <w:lang w:val="cy-GB"/>
        </w:rPr>
        <w:t xml:space="preserve">  </w:t>
      </w:r>
    </w:p>
    <w:p w14:paraId="153FEB65" w14:textId="77777777" w:rsidR="0096462D" w:rsidRDefault="00A725AD">
      <w:pPr>
        <w:spacing w:after="80"/>
        <w:rPr>
          <w:lang w:val="cy-GB"/>
        </w:rPr>
      </w:pPr>
      <w:r>
        <w:lastRenderedPageBreak/>
        <w:t xml:space="preserve">☐ </w:t>
      </w:r>
      <w:r w:rsidR="0096462D">
        <w:rPr>
          <w:lang w:val="cy-GB"/>
        </w:rPr>
        <w:t>Bod rhywun yn d</w:t>
      </w:r>
      <w:r w:rsidR="0096462D" w:rsidRPr="00AE2051">
        <w:rPr>
          <w:lang w:val="cy-GB"/>
        </w:rPr>
        <w:t xml:space="preserve">angos </w:t>
      </w:r>
      <w:r w:rsidR="0096462D">
        <w:rPr>
          <w:lang w:val="cy-GB"/>
        </w:rPr>
        <w:t xml:space="preserve">i mi </w:t>
      </w:r>
      <w:r w:rsidR="0096462D" w:rsidRPr="00AE2051">
        <w:rPr>
          <w:lang w:val="cy-GB"/>
        </w:rPr>
        <w:t xml:space="preserve">sut i wneud rhywbeth </w:t>
      </w:r>
      <w:r w:rsidR="0096462D">
        <w:rPr>
          <w:lang w:val="cy-GB"/>
        </w:rPr>
        <w:t>ar y dechrau</w:t>
      </w:r>
      <w:r w:rsidR="0096462D" w:rsidRPr="00AE2051">
        <w:rPr>
          <w:lang w:val="cy-GB"/>
        </w:rPr>
        <w:t xml:space="preserve"> </w:t>
      </w:r>
      <w:r w:rsidR="0096462D">
        <w:rPr>
          <w:lang w:val="cy-GB"/>
        </w:rPr>
        <w:t xml:space="preserve">   </w:t>
      </w:r>
      <w:r w:rsidR="0096462D" w:rsidRPr="00AE2051">
        <w:rPr>
          <w:lang w:val="cy-GB"/>
        </w:rPr>
        <w:t xml:space="preserve">☐ Cyfarwyddiadau ysgrifenedig </w:t>
      </w:r>
    </w:p>
    <w:p w14:paraId="05FE3DD0" w14:textId="77777777" w:rsidR="0096462D" w:rsidRDefault="0096462D">
      <w:pPr>
        <w:spacing w:after="80"/>
        <w:rPr>
          <w:lang w:val="cy-GB"/>
        </w:rPr>
      </w:pPr>
      <w:r w:rsidRPr="00AE2051">
        <w:rPr>
          <w:lang w:val="cy-GB"/>
        </w:rPr>
        <w:t>☐</w:t>
      </w:r>
      <w:r>
        <w:rPr>
          <w:lang w:val="cy-GB"/>
        </w:rPr>
        <w:t xml:space="preserve"> Cyfarfodydd</w:t>
      </w:r>
      <w:r w:rsidRPr="00AE2051">
        <w:rPr>
          <w:lang w:val="cy-GB"/>
        </w:rPr>
        <w:t xml:space="preserve"> </w:t>
      </w:r>
      <w:r>
        <w:rPr>
          <w:lang w:val="cy-GB"/>
        </w:rPr>
        <w:t>rheolaidd</w:t>
      </w:r>
      <w:r w:rsidRPr="00AE2051">
        <w:rPr>
          <w:lang w:val="cy-GB"/>
        </w:rPr>
        <w:t xml:space="preserve"> </w:t>
      </w:r>
      <w:r>
        <w:rPr>
          <w:lang w:val="cy-GB"/>
        </w:rPr>
        <w:t xml:space="preserve">   </w:t>
      </w:r>
      <w:r w:rsidRPr="00AE2051">
        <w:rPr>
          <w:lang w:val="cy-GB"/>
        </w:rPr>
        <w:t xml:space="preserve">☐ Gweithio gyda pherson ifanc arall </w:t>
      </w:r>
      <w:r>
        <w:rPr>
          <w:lang w:val="cy-GB"/>
        </w:rPr>
        <w:t xml:space="preserve">   </w:t>
      </w:r>
      <w:r w:rsidRPr="00AE2051">
        <w:rPr>
          <w:lang w:val="cy-GB"/>
        </w:rPr>
        <w:t>☐</w:t>
      </w:r>
      <w:r>
        <w:rPr>
          <w:lang w:val="cy-GB"/>
        </w:rPr>
        <w:t xml:space="preserve"> </w:t>
      </w:r>
      <w:r w:rsidRPr="00AE2051">
        <w:rPr>
          <w:lang w:val="cy-GB"/>
        </w:rPr>
        <w:t xml:space="preserve">Cyflwyniad graddol i'r gweithle </w:t>
      </w:r>
    </w:p>
    <w:p w14:paraId="103DB7E9" w14:textId="77777777" w:rsidR="0096462D" w:rsidRDefault="0096462D">
      <w:pPr>
        <w:spacing w:after="80"/>
        <w:rPr>
          <w:lang w:val="cy-GB"/>
        </w:rPr>
      </w:pPr>
      <w:r w:rsidRPr="00AE2051">
        <w:rPr>
          <w:lang w:val="cy-GB"/>
        </w:rPr>
        <w:t xml:space="preserve">☐ Ddim yn siŵr eto </w:t>
      </w:r>
    </w:p>
    <w:p w14:paraId="6DC69174" w14:textId="62B68CA0" w:rsidR="00BC4C3A" w:rsidRPr="0096462D" w:rsidRDefault="0096462D">
      <w:pPr>
        <w:spacing w:after="80"/>
        <w:rPr>
          <w:lang w:val="cy-GB"/>
        </w:rPr>
      </w:pPr>
      <w:r w:rsidRPr="00AE2051">
        <w:rPr>
          <w:lang w:val="cy-GB"/>
        </w:rPr>
        <w:t xml:space="preserve">Arall: </w:t>
      </w:r>
      <w:r w:rsidR="00A725AD">
        <w:t>__________________</w:t>
      </w:r>
    </w:p>
    <w:p w14:paraId="5308D8EB" w14:textId="77777777" w:rsidR="0096462D" w:rsidRPr="00AE2051" w:rsidRDefault="0096462D" w:rsidP="0096462D">
      <w:pPr>
        <w:rPr>
          <w:lang w:val="cy-GB"/>
        </w:rPr>
      </w:pPr>
      <w:r w:rsidRPr="00AE2051">
        <w:rPr>
          <w:b/>
          <w:bCs/>
          <w:lang w:val="cy-GB"/>
        </w:rPr>
        <w:t>Unrhyw beth arall yr hoffech i ni ei wybod?</w:t>
      </w:r>
    </w:p>
    <w:p w14:paraId="38C70842" w14:textId="3E00505D" w:rsidR="77E266FE" w:rsidRDefault="77E266FE" w:rsidP="148B1424">
      <w:pPr>
        <w:spacing w:after="80"/>
      </w:pPr>
      <w:r>
        <w:t>________________________________________________________________________________________________________________</w:t>
      </w:r>
      <w:r>
        <w:br/>
        <w:t>________________________________________________________________________________________________________________</w:t>
      </w:r>
    </w:p>
    <w:p w14:paraId="79A3B6E8" w14:textId="07E9D94F" w:rsidR="77E266FE" w:rsidRDefault="77E266FE" w:rsidP="148B1424">
      <w:r>
        <w:t>________________________________________________________________________________________________________________</w:t>
      </w:r>
    </w:p>
    <w:p w14:paraId="497CCBA2" w14:textId="77777777" w:rsidR="0096462D" w:rsidRPr="00AE2051" w:rsidRDefault="0096462D" w:rsidP="0096462D">
      <w:pPr>
        <w:pStyle w:val="Heading1"/>
        <w:rPr>
          <w:lang w:val="cy-GB"/>
        </w:rPr>
      </w:pPr>
      <w:r w:rsidRPr="00AE2051">
        <w:rPr>
          <w:lang w:val="cy-GB"/>
        </w:rPr>
        <w:t>7. Ble fyddech chi'n teimlo'n fwyaf cyfforddus yn gweithio?</w:t>
      </w:r>
    </w:p>
    <w:p w14:paraId="4ECE121F" w14:textId="626D317A" w:rsidR="0096462D" w:rsidRPr="00AE2051" w:rsidRDefault="0096462D" w:rsidP="0096462D">
      <w:pPr>
        <w:rPr>
          <w:lang w:val="cy-GB"/>
        </w:rPr>
      </w:pPr>
      <w:r w:rsidRPr="00AE2051">
        <w:rPr>
          <w:lang w:val="cy-GB"/>
        </w:rPr>
        <w:t>☐ Yn yr awyr agored</w:t>
      </w:r>
      <w:r>
        <w:rPr>
          <w:lang w:val="cy-GB"/>
        </w:rPr>
        <w:t xml:space="preserve"> yn bennaf</w:t>
      </w:r>
      <w:r w:rsidRPr="00AE2051">
        <w:rPr>
          <w:lang w:val="cy-GB"/>
        </w:rPr>
        <w:t xml:space="preserve"> </w:t>
      </w:r>
      <w:r>
        <w:rPr>
          <w:lang w:val="cy-GB"/>
        </w:rPr>
        <w:t xml:space="preserve">   </w:t>
      </w:r>
      <w:r w:rsidRPr="00AE2051">
        <w:rPr>
          <w:lang w:val="cy-GB"/>
        </w:rPr>
        <w:t xml:space="preserve">☐ Dan do yn bennaf </w:t>
      </w:r>
      <w:r>
        <w:rPr>
          <w:lang w:val="cy-GB"/>
        </w:rPr>
        <w:t xml:space="preserve">   </w:t>
      </w:r>
      <w:r w:rsidRPr="00AE2051">
        <w:rPr>
          <w:lang w:val="cy-GB"/>
        </w:rPr>
        <w:t>☐ Cy</w:t>
      </w:r>
      <w:r>
        <w:rPr>
          <w:lang w:val="cy-GB"/>
        </w:rPr>
        <w:t>funiad o fod</w:t>
      </w:r>
      <w:r w:rsidRPr="00AE2051">
        <w:rPr>
          <w:lang w:val="cy-GB"/>
        </w:rPr>
        <w:t xml:space="preserve"> dan do ac yn yr awyr agored </w:t>
      </w:r>
      <w:r w:rsidRPr="00AE2051">
        <w:rPr>
          <w:lang w:val="cy-GB"/>
        </w:rPr>
        <w:br/>
        <w:t xml:space="preserve">☐ Rwy'n hapus i roi cynnig ar wahanol bethau </w:t>
      </w:r>
      <w:r>
        <w:rPr>
          <w:lang w:val="cy-GB"/>
        </w:rPr>
        <w:t xml:space="preserve">   </w:t>
      </w:r>
      <w:r w:rsidRPr="00AE2051">
        <w:rPr>
          <w:lang w:val="cy-GB"/>
        </w:rPr>
        <w:t xml:space="preserve">☐ Ddim yn siŵr eto </w:t>
      </w:r>
    </w:p>
    <w:p w14:paraId="08F4E275" w14:textId="77777777" w:rsidR="0096462D" w:rsidRPr="00AE2051" w:rsidRDefault="0096462D" w:rsidP="0096462D">
      <w:pPr>
        <w:rPr>
          <w:lang w:val="cy-GB"/>
        </w:rPr>
      </w:pPr>
      <w:r>
        <w:rPr>
          <w:b/>
          <w:bCs/>
          <w:lang w:val="cy-GB"/>
        </w:rPr>
        <w:t>O</w:t>
      </w:r>
      <w:r w:rsidRPr="00AE2051">
        <w:rPr>
          <w:b/>
          <w:bCs/>
          <w:lang w:val="cy-GB"/>
        </w:rPr>
        <w:t>es</w:t>
      </w:r>
      <w:r>
        <w:rPr>
          <w:b/>
          <w:bCs/>
          <w:lang w:val="cy-GB"/>
        </w:rPr>
        <w:t xml:space="preserve"> yna</w:t>
      </w:r>
      <w:r w:rsidRPr="00AE2051">
        <w:rPr>
          <w:b/>
          <w:bCs/>
          <w:lang w:val="cy-GB"/>
        </w:rPr>
        <w:t xml:space="preserve"> weithgareddau penodol yr hoffech chi roi cynnig arnynt arbennig?</w:t>
      </w:r>
    </w:p>
    <w:p w14:paraId="099560DF" w14:textId="77777777" w:rsidR="00BC4C3A" w:rsidRDefault="00A725AD">
      <w:pPr>
        <w:spacing w:after="80"/>
      </w:pPr>
      <w:r>
        <w:t>____________________________________________________________</w:t>
      </w:r>
    </w:p>
    <w:p w14:paraId="66B1A824" w14:textId="77777777" w:rsidR="0096462D" w:rsidRPr="00AE2051" w:rsidRDefault="0096462D" w:rsidP="0096462D">
      <w:pPr>
        <w:pStyle w:val="Heading1"/>
        <w:rPr>
          <w:lang w:val="cy-GB"/>
        </w:rPr>
      </w:pPr>
      <w:r w:rsidRPr="00AE2051">
        <w:rPr>
          <w:lang w:val="cy-GB"/>
        </w:rPr>
        <w:t>8. Pryd ydych chi ar gael?</w:t>
      </w:r>
    </w:p>
    <w:p w14:paraId="625DE191" w14:textId="77777777" w:rsidR="0096462D" w:rsidRPr="00AE2051" w:rsidRDefault="0096462D" w:rsidP="0096462D">
      <w:pPr>
        <w:rPr>
          <w:lang w:val="cy-GB"/>
        </w:rPr>
      </w:pPr>
      <w:r w:rsidRPr="00AE2051">
        <w:rPr>
          <w:b/>
          <w:bCs/>
          <w:lang w:val="cy-GB"/>
        </w:rPr>
        <w:t xml:space="preserve">Dyddiau/ amseroedd: </w:t>
      </w:r>
      <w:r w:rsidRPr="00AE2051">
        <w:rPr>
          <w:i/>
          <w:iCs/>
          <w:lang w:val="cy-GB"/>
        </w:rPr>
        <w:t xml:space="preserve">e.e. </w:t>
      </w:r>
      <w:r>
        <w:rPr>
          <w:i/>
          <w:iCs/>
          <w:lang w:val="cy-GB"/>
        </w:rPr>
        <w:t>d</w:t>
      </w:r>
      <w:r w:rsidRPr="00AE2051">
        <w:rPr>
          <w:i/>
          <w:iCs/>
          <w:lang w:val="cy-GB"/>
        </w:rPr>
        <w:t xml:space="preserve">ydd Llun, dydd Mawrth rhwng 9 a 4pm </w:t>
      </w:r>
    </w:p>
    <w:p w14:paraId="154F2BC8" w14:textId="77777777" w:rsidR="00BC4C3A" w:rsidRDefault="00A725AD">
      <w:pPr>
        <w:spacing w:after="80"/>
      </w:pPr>
      <w:r>
        <w:t>____________________________________________________________</w:t>
      </w:r>
    </w:p>
    <w:p w14:paraId="4B47E7C5" w14:textId="77777777" w:rsidR="0096462D" w:rsidRPr="00AE2051" w:rsidRDefault="0096462D" w:rsidP="0096462D">
      <w:pPr>
        <w:rPr>
          <w:lang w:val="cy-GB"/>
        </w:rPr>
      </w:pPr>
      <w:r w:rsidRPr="00AE2051">
        <w:rPr>
          <w:b/>
          <w:bCs/>
          <w:lang w:val="cy-GB"/>
        </w:rPr>
        <w:t xml:space="preserve">Pa mor hir hoffech chi </w:t>
      </w:r>
      <w:r>
        <w:rPr>
          <w:b/>
          <w:bCs/>
          <w:lang w:val="cy-GB"/>
        </w:rPr>
        <w:t xml:space="preserve">i’r lleoliad </w:t>
      </w:r>
      <w:r w:rsidRPr="00AE2051">
        <w:rPr>
          <w:b/>
          <w:bCs/>
          <w:lang w:val="cy-GB"/>
        </w:rPr>
        <w:t>fod yn ddelfrydol?</w:t>
      </w:r>
    </w:p>
    <w:p w14:paraId="453390D8" w14:textId="5C60EB9B" w:rsidR="0096462D" w:rsidRPr="00AE2051" w:rsidRDefault="0096462D" w:rsidP="0096462D">
      <w:pPr>
        <w:rPr>
          <w:lang w:val="cy-GB"/>
        </w:rPr>
      </w:pPr>
      <w:r w:rsidRPr="00AE2051">
        <w:rPr>
          <w:lang w:val="cy-GB"/>
        </w:rPr>
        <w:t xml:space="preserve">☐ Un diwrnod </w:t>
      </w:r>
      <w:r>
        <w:rPr>
          <w:lang w:val="cy-GB"/>
        </w:rPr>
        <w:t xml:space="preserve">   </w:t>
      </w:r>
      <w:r w:rsidRPr="00AE2051">
        <w:rPr>
          <w:lang w:val="cy-GB"/>
        </w:rPr>
        <w:t>☐ Sawl diwrnod</w:t>
      </w:r>
      <w:r>
        <w:rPr>
          <w:lang w:val="cy-GB"/>
        </w:rPr>
        <w:t xml:space="preserve">   </w:t>
      </w:r>
      <w:r w:rsidRPr="00AE2051">
        <w:rPr>
          <w:lang w:val="cy-GB"/>
        </w:rPr>
        <w:t xml:space="preserve"> ☐ Wythnos </w:t>
      </w:r>
      <w:r>
        <w:rPr>
          <w:lang w:val="cy-GB"/>
        </w:rPr>
        <w:t xml:space="preserve">   </w:t>
      </w:r>
      <w:r w:rsidRPr="00AE2051">
        <w:rPr>
          <w:lang w:val="cy-GB"/>
        </w:rPr>
        <w:t xml:space="preserve">☐ Sawl wythnos </w:t>
      </w:r>
      <w:r>
        <w:rPr>
          <w:lang w:val="cy-GB"/>
        </w:rPr>
        <w:t xml:space="preserve">   </w:t>
      </w:r>
      <w:r w:rsidRPr="00AE2051">
        <w:rPr>
          <w:lang w:val="cy-GB"/>
        </w:rPr>
        <w:t>☐ Ddim yn siŵr</w:t>
      </w:r>
    </w:p>
    <w:p w14:paraId="3ED6D24B" w14:textId="77777777" w:rsidR="0096462D" w:rsidRPr="00AE2051" w:rsidRDefault="0096462D" w:rsidP="0096462D">
      <w:pPr>
        <w:pStyle w:val="Heading1"/>
        <w:rPr>
          <w:lang w:val="cy-GB"/>
        </w:rPr>
      </w:pPr>
      <w:r w:rsidRPr="00AE2051">
        <w:rPr>
          <w:lang w:val="cy-GB"/>
        </w:rPr>
        <w:t xml:space="preserve">9. </w:t>
      </w:r>
      <w:r>
        <w:rPr>
          <w:lang w:val="cy-GB"/>
        </w:rPr>
        <w:t>O</w:t>
      </w:r>
      <w:r w:rsidRPr="00AE2051">
        <w:rPr>
          <w:lang w:val="cy-GB"/>
        </w:rPr>
        <w:t>es</w:t>
      </w:r>
      <w:r>
        <w:rPr>
          <w:lang w:val="cy-GB"/>
        </w:rPr>
        <w:t xml:space="preserve"> yna</w:t>
      </w:r>
      <w:r w:rsidRPr="00AE2051">
        <w:rPr>
          <w:lang w:val="cy-GB"/>
        </w:rPr>
        <w:t xml:space="preserve"> unrhyw beth arall y dylem ei wybod?</w:t>
      </w:r>
    </w:p>
    <w:p w14:paraId="2CAAE4E1" w14:textId="77777777" w:rsidR="0096462D" w:rsidRPr="00AE2051" w:rsidRDefault="0096462D" w:rsidP="0096462D">
      <w:pPr>
        <w:rPr>
          <w:lang w:val="cy-GB"/>
        </w:rPr>
      </w:pPr>
      <w:r>
        <w:rPr>
          <w:b/>
          <w:bCs/>
          <w:lang w:val="cy-GB"/>
        </w:rPr>
        <w:t>Atebwch hwn dd</w:t>
      </w:r>
      <w:r w:rsidRPr="00AE2051">
        <w:rPr>
          <w:b/>
          <w:bCs/>
          <w:lang w:val="cy-GB"/>
        </w:rPr>
        <w:t xml:space="preserve">im ond os ydych chi eisiau. </w:t>
      </w:r>
      <w:r>
        <w:rPr>
          <w:b/>
          <w:bCs/>
          <w:lang w:val="cy-GB"/>
        </w:rPr>
        <w:t>O</w:t>
      </w:r>
      <w:r w:rsidRPr="00AE2051">
        <w:rPr>
          <w:b/>
          <w:bCs/>
          <w:lang w:val="cy-GB"/>
        </w:rPr>
        <w:t>es</w:t>
      </w:r>
      <w:r>
        <w:rPr>
          <w:b/>
          <w:bCs/>
          <w:lang w:val="cy-GB"/>
        </w:rPr>
        <w:t xml:space="preserve"> yna</w:t>
      </w:r>
      <w:r w:rsidRPr="00AE2051">
        <w:rPr>
          <w:b/>
          <w:bCs/>
          <w:lang w:val="cy-GB"/>
        </w:rPr>
        <w:t xml:space="preserve"> unrhyw beth am eich amgylchiadau, dysgu, cyfathrebu, hyder, hygyrchedd, neu gefnogaeth a fyddai'n ein helpu i wneud eich lleoliad yn brofiad cadarnhaol?</w:t>
      </w:r>
    </w:p>
    <w:p w14:paraId="5AAD3AAC" w14:textId="4EC49A9E" w:rsidR="12EA0D3F" w:rsidRDefault="12EA0D3F" w:rsidP="4F28814A">
      <w:pPr>
        <w:spacing w:after="80"/>
      </w:pPr>
      <w:r>
        <w:t>________________________________________________________________________________________________________________</w:t>
      </w:r>
      <w:r>
        <w:br/>
        <w:t>________________________________________________________________________________________________________________</w:t>
      </w:r>
      <w:r>
        <w:br/>
        <w:t>________________________________________________________________________________________________________________</w:t>
      </w:r>
    </w:p>
    <w:p w14:paraId="48A59F8F" w14:textId="4ED93C40" w:rsidR="12EA0D3F" w:rsidRDefault="12EA0D3F" w:rsidP="4F28814A">
      <w:r>
        <w:t>________________________________________________________________________________________________________________</w:t>
      </w:r>
    </w:p>
    <w:p w14:paraId="5541D889" w14:textId="3468CF2D" w:rsidR="4F28814A" w:rsidRDefault="4F28814A" w:rsidP="4F28814A">
      <w:pPr>
        <w:rPr>
          <w:b/>
          <w:bCs/>
        </w:rPr>
      </w:pPr>
    </w:p>
    <w:p w14:paraId="5BD4D326" w14:textId="04CE1349" w:rsidR="4F28814A" w:rsidRDefault="4F28814A" w:rsidP="4F28814A">
      <w:pPr>
        <w:rPr>
          <w:b/>
          <w:bCs/>
        </w:rPr>
      </w:pPr>
    </w:p>
    <w:p w14:paraId="12C35015" w14:textId="77777777" w:rsidR="0096462D" w:rsidRPr="0096462D" w:rsidRDefault="0096462D" w:rsidP="0096462D">
      <w:pPr>
        <w:jc w:val="center"/>
        <w:rPr>
          <w:sz w:val="22"/>
          <w:szCs w:val="24"/>
          <w:lang w:val="cy-GB"/>
        </w:rPr>
      </w:pPr>
      <w:r w:rsidRPr="0096462D">
        <w:rPr>
          <w:b/>
          <w:bCs/>
          <w:sz w:val="22"/>
          <w:szCs w:val="24"/>
          <w:lang w:val="cy-GB"/>
        </w:rPr>
        <w:t>Diolch am lenwi'r ffurflen hon.</w:t>
      </w:r>
    </w:p>
    <w:p w14:paraId="25AD8A9B" w14:textId="77777777" w:rsidR="0096462D" w:rsidRPr="00AE2051" w:rsidRDefault="0096462D" w:rsidP="0096462D">
      <w:pPr>
        <w:jc w:val="center"/>
        <w:rPr>
          <w:lang w:val="cy-GB"/>
        </w:rPr>
      </w:pPr>
      <w:r w:rsidRPr="00AE2051">
        <w:rPr>
          <w:lang w:val="cy-GB"/>
        </w:rPr>
        <w:t xml:space="preserve">Mae lleoliad gwaith yn gyfle i roi cynnig ar rywbeth, dysgu amdanoch </w:t>
      </w:r>
      <w:proofErr w:type="spellStart"/>
      <w:r w:rsidRPr="00AE2051">
        <w:rPr>
          <w:lang w:val="cy-GB"/>
        </w:rPr>
        <w:t>chi'ch</w:t>
      </w:r>
      <w:proofErr w:type="spellEnd"/>
      <w:r w:rsidRPr="00AE2051">
        <w:rPr>
          <w:lang w:val="cy-GB"/>
        </w:rPr>
        <w:t xml:space="preserve"> hun a darganfod beth allwch chi ei fwynhau. Byddwn yn edrych ar eich diddordebau a'ch sgiliau a, lle bo'n bosibl, yn ceisio dod o hyd i brofiad sy'n </w:t>
      </w:r>
      <w:r>
        <w:rPr>
          <w:lang w:val="cy-GB"/>
        </w:rPr>
        <w:t>addas i</w:t>
      </w:r>
      <w:r w:rsidRPr="00AE2051">
        <w:rPr>
          <w:lang w:val="cy-GB"/>
        </w:rPr>
        <w:t xml:space="preserve"> chi.</w:t>
      </w:r>
    </w:p>
    <w:p w14:paraId="1C31B9C6" w14:textId="712B501E" w:rsidR="00BC4C3A" w:rsidRDefault="00BC4C3A" w:rsidP="0096462D">
      <w:pPr>
        <w:jc w:val="center"/>
      </w:pPr>
    </w:p>
    <w:sectPr w:rsidR="00BC4C3A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C1ED7" w14:textId="77777777" w:rsidR="002C4A14" w:rsidRDefault="002C4A14">
      <w:pPr>
        <w:spacing w:after="0" w:line="240" w:lineRule="auto"/>
      </w:pPr>
      <w:r>
        <w:separator/>
      </w:r>
    </w:p>
  </w:endnote>
  <w:endnote w:type="continuationSeparator" w:id="0">
    <w:p w14:paraId="5E213F92" w14:textId="77777777" w:rsidR="002C4A14" w:rsidRDefault="002C4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27999" w14:textId="77777777" w:rsidR="00BC4C3A" w:rsidRDefault="00A725AD">
    <w:pPr>
      <w:pStyle w:val="Footer"/>
      <w:jc w:val="center"/>
    </w:pPr>
    <w:r>
      <w:t>PCNPA Student Work Placement / Traineeship Request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3E254" w14:textId="77777777" w:rsidR="002C4A14" w:rsidRDefault="002C4A14">
      <w:pPr>
        <w:spacing w:after="0" w:line="240" w:lineRule="auto"/>
      </w:pPr>
      <w:r>
        <w:separator/>
      </w:r>
    </w:p>
  </w:footnote>
  <w:footnote w:type="continuationSeparator" w:id="0">
    <w:p w14:paraId="09B2C662" w14:textId="77777777" w:rsidR="002C4A14" w:rsidRDefault="002C4A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5141828">
    <w:abstractNumId w:val="5"/>
  </w:num>
  <w:num w:numId="2" w16cid:durableId="1374622843">
    <w:abstractNumId w:val="6"/>
  </w:num>
  <w:num w:numId="3" w16cid:durableId="1848977215">
    <w:abstractNumId w:val="3"/>
  </w:num>
  <w:num w:numId="4" w16cid:durableId="1982734075">
    <w:abstractNumId w:val="4"/>
  </w:num>
  <w:num w:numId="5" w16cid:durableId="2051344221">
    <w:abstractNumId w:val="8"/>
  </w:num>
  <w:num w:numId="6" w16cid:durableId="270086631">
    <w:abstractNumId w:val="2"/>
  </w:num>
  <w:num w:numId="7" w16cid:durableId="488255247">
    <w:abstractNumId w:val="0"/>
  </w:num>
  <w:num w:numId="8" w16cid:durableId="61955199">
    <w:abstractNumId w:val="1"/>
  </w:num>
  <w:num w:numId="9" w16cid:durableId="631864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4D7A"/>
    <w:rsid w:val="0015074B"/>
    <w:rsid w:val="0029639D"/>
    <w:rsid w:val="002C4A14"/>
    <w:rsid w:val="002D56AD"/>
    <w:rsid w:val="00326F90"/>
    <w:rsid w:val="00397337"/>
    <w:rsid w:val="003E0B2F"/>
    <w:rsid w:val="004617E4"/>
    <w:rsid w:val="004B3BDA"/>
    <w:rsid w:val="004B6FCA"/>
    <w:rsid w:val="006C3884"/>
    <w:rsid w:val="00744AED"/>
    <w:rsid w:val="007C088A"/>
    <w:rsid w:val="00817808"/>
    <w:rsid w:val="00846AEB"/>
    <w:rsid w:val="009609B1"/>
    <w:rsid w:val="0096462D"/>
    <w:rsid w:val="00A725AD"/>
    <w:rsid w:val="00AA1D8D"/>
    <w:rsid w:val="00B25901"/>
    <w:rsid w:val="00B47730"/>
    <w:rsid w:val="00BC4C3A"/>
    <w:rsid w:val="00C20200"/>
    <w:rsid w:val="00CA1BA8"/>
    <w:rsid w:val="00CB0664"/>
    <w:rsid w:val="00E37452"/>
    <w:rsid w:val="00E56A2E"/>
    <w:rsid w:val="00F62B12"/>
    <w:rsid w:val="00FC693F"/>
    <w:rsid w:val="0306C453"/>
    <w:rsid w:val="030F7171"/>
    <w:rsid w:val="05689FBD"/>
    <w:rsid w:val="0676415B"/>
    <w:rsid w:val="0B750F78"/>
    <w:rsid w:val="0E126658"/>
    <w:rsid w:val="0E2098CE"/>
    <w:rsid w:val="1153225C"/>
    <w:rsid w:val="12AE9BAE"/>
    <w:rsid w:val="12D9613E"/>
    <w:rsid w:val="12EA0D3F"/>
    <w:rsid w:val="13A51E8E"/>
    <w:rsid w:val="13A756AC"/>
    <w:rsid w:val="148B1424"/>
    <w:rsid w:val="14C2D3BD"/>
    <w:rsid w:val="15AEB1F6"/>
    <w:rsid w:val="175C471C"/>
    <w:rsid w:val="198E4C76"/>
    <w:rsid w:val="1C240C90"/>
    <w:rsid w:val="1DEB8735"/>
    <w:rsid w:val="20341C05"/>
    <w:rsid w:val="273D2FAF"/>
    <w:rsid w:val="2A98082E"/>
    <w:rsid w:val="2B011611"/>
    <w:rsid w:val="2CA44674"/>
    <w:rsid w:val="2CD0EDA0"/>
    <w:rsid w:val="2D37287A"/>
    <w:rsid w:val="30FA7439"/>
    <w:rsid w:val="33906CF6"/>
    <w:rsid w:val="343D8B9B"/>
    <w:rsid w:val="3641481D"/>
    <w:rsid w:val="369B53C3"/>
    <w:rsid w:val="371EFC3E"/>
    <w:rsid w:val="379EFB09"/>
    <w:rsid w:val="3B50C3AD"/>
    <w:rsid w:val="3D11E67F"/>
    <w:rsid w:val="3E8A1343"/>
    <w:rsid w:val="472D5A15"/>
    <w:rsid w:val="47BDB114"/>
    <w:rsid w:val="4F28814A"/>
    <w:rsid w:val="51587767"/>
    <w:rsid w:val="562E8170"/>
    <w:rsid w:val="584BD3CC"/>
    <w:rsid w:val="5BFCDBE3"/>
    <w:rsid w:val="5C4F2997"/>
    <w:rsid w:val="5C59A373"/>
    <w:rsid w:val="5EFA268D"/>
    <w:rsid w:val="5F1516B5"/>
    <w:rsid w:val="5F5B1C37"/>
    <w:rsid w:val="64606E1B"/>
    <w:rsid w:val="6507411D"/>
    <w:rsid w:val="684F9B61"/>
    <w:rsid w:val="69907B4C"/>
    <w:rsid w:val="69CBB366"/>
    <w:rsid w:val="6CBEC589"/>
    <w:rsid w:val="6DA6CC40"/>
    <w:rsid w:val="6E2C0E34"/>
    <w:rsid w:val="70B0A4E2"/>
    <w:rsid w:val="70B7E2B9"/>
    <w:rsid w:val="7610911C"/>
    <w:rsid w:val="76BCCFFC"/>
    <w:rsid w:val="77E266FE"/>
    <w:rsid w:val="787045EB"/>
    <w:rsid w:val="789198AF"/>
    <w:rsid w:val="7A668E3C"/>
    <w:rsid w:val="7AC3820C"/>
    <w:rsid w:val="7BBFD90A"/>
    <w:rsid w:val="7C73A8F2"/>
    <w:rsid w:val="7DD05D1A"/>
    <w:rsid w:val="7EE61445"/>
    <w:rsid w:val="7EF8051B"/>
    <w:rsid w:val="7FDCE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1BD6FA"/>
  <w14:defaultImageDpi w14:val="300"/>
  <w15:docId w15:val="{EDC85BA7-A8B7-4FFC-8EB1-874F5B0EA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3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1127</Words>
  <Characters>6058</Characters>
  <Application>Microsoft Office Word</Application>
  <DocSecurity>0</DocSecurity>
  <Lines>147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Kate Gravell</cp:lastModifiedBy>
  <cp:revision>3</cp:revision>
  <dcterms:created xsi:type="dcterms:W3CDTF">2026-09-11T08:22:00Z</dcterms:created>
  <dcterms:modified xsi:type="dcterms:W3CDTF">2026-09-11T09:38:00Z</dcterms:modified>
  <cp:category/>
</cp:coreProperties>
</file>